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关于重新下载打印2023年全国硕士研究生招生考试《准考证》的通告</w:t>
      </w:r>
    </w:p>
    <w:p>
      <w:r>
        <w:rPr>
          <w:sz w:val="18"/>
        </w:rPr>
        <w:t>整理归属  深圳市招生考试办公室</w:t>
      </w:r>
    </w:p>
    <w:p>
      <w:r>
        <w:rPr>
          <w:sz w:val="18"/>
        </w:rPr>
        <w:t>发布日期  2022-12-23</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https://szeb.sz.gov.cn/szzkw/zkgg/ykxx/content/post_10354891.html</w:t>
        </w:r>
      </w:hyperlink>
    </w:p>
    <w:p/>
    <w:p>
      <w:r>
        <w:t>各位考生：</w:t>
      </w:r>
    </w:p>
    <w:p>
      <w:r>
        <w:t>2023年全国硕士研究生招生考试将于12月24-26日进行。为确保考试安全平稳顺利举行，现根据考生核酸检测结果和个人申报的健康状况，对原有的考场安排作了部分调整（所有考生的考点均不变），请及时登录中国研究生招生信息网查阅并重新下载打印准考证（此前已按照考点通知要求重新打印了准考证的考生可登录研招网查阅核对，无误则无需再次打印)。</w:t>
      </w:r>
    </w:p>
    <w:p>
      <w:r>
        <w:t>请考生务必保持通讯畅通，密切关注考试最新动态，合理规划出行路线，确保顺利赴考。</w:t>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3548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