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研究生考试报名过程中提示学籍验证不通过怎么办？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2025-10-20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https://eea.gd.gov.cn/dawenku/ksbk/content/post_4786574.html</w:t>
        </w:r>
      </w:hyperlink>
    </w:p>
    <w:p/>
    <w:p>
      <w:r>
        <w:t>可以在网上确认时上传相关证明（如毕业证、身份证等），同时按照招生单位要求提交纸质材料，具体查阅招生单位简章或电话咨询。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78657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