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09dc058a80a8f676987584e284852f63989af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09dc058a80a8f676987584e284852f63989af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