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关于公布广东省2026年“依学考录取”和“3+证书”考生成绩各分数段数据的通知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https://eea.gd.gov.cn/ptgk/content/post_4865227.html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https://eea.gd.gov.cn/zwgk/sjfb/tjsj/content/post_4865283.html</w:t>
        </w:r>
      </w:hyperlink>
    </w:p>
    <w:p/>
    <w:p>
      <w:r>
        <w:t>各地级以上市招生办公室（考试中心、考试院），各中学：</w:t>
      </w:r>
    </w:p>
    <w:p>
      <w:r>
        <w:t>广东省2026年普通高校春季招生考生填报志愿时间为3月12日14:00至16日12:00。为便于考生填报志愿，现将我省2026年“依学考录取”和“3+证书”考生成绩各分数段数据予以公布。</w:t>
      </w:r>
    </w:p>
    <w:p>
      <w:r>
        <w:t>附件：1.广东省2026年依学考录取（普通类）分数段统计表</w:t>
      </w:r>
    </w:p>
    <w:p>
      <w:r>
        <w:t>2.广东省2026年依学考录取（体育类）分数段统计表</w:t>
      </w:r>
    </w:p>
    <w:p>
      <w:r>
        <w:t>3.广东省2026年依学考录取（美术与设计类）分数段统计表</w:t>
      </w:r>
    </w:p>
    <w:p>
      <w:r>
        <w:t>4.广东省2026年依学考录取（音乐教育）分数段统计表</w:t>
      </w:r>
    </w:p>
    <w:p>
      <w:r>
        <w:t>5.广东省2026年依学考录取（音乐教育-声乐主项）分数段统计表</w:t>
      </w:r>
    </w:p>
    <w:p>
      <w:r>
        <w:t>6.广东省2026年依学考录取（音乐教育-器乐主项）分数段统计表</w:t>
      </w:r>
    </w:p>
    <w:p>
      <w:r>
        <w:t>7.广东省2026年依学考录取（音乐表演-声乐）分数段统计表</w:t>
      </w:r>
    </w:p>
    <w:p>
      <w:r>
        <w:t>8.广东省2026年依学考录取（音乐表演-器乐）分数段统计表</w:t>
      </w:r>
    </w:p>
    <w:p>
      <w:r>
        <w:t>9.广东省2026年依学考录取（舞蹈类）分数段统计表</w:t>
      </w:r>
    </w:p>
    <w:p>
      <w:r>
        <w:t>10.广东省2026年3+证书分数段统计表</w:t>
      </w:r>
    </w:p>
    <w:p>
      <w:r>
        <w:t>广东省招生委员会办公室</w:t>
      </w:r>
    </w:p>
    <w:p>
      <w:r>
        <w:t>2026年3月10日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https://eea.gd.gov.cn/attachment/0/608/608390/4865227.pdf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t>https://eea.gd.gov.cn/attachment/0/608/608390/4865283.pdf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65227.html" TargetMode="External"/><Relationship Id="rId11" Type="http://schemas.openxmlformats.org/officeDocument/2006/relationships/hyperlink" Target="https://eea.gd.gov.cn/zwgk/sjfb/tjsj/content/post_4865283.html" TargetMode="External"/><Relationship Id="rId12" Type="http://schemas.openxmlformats.org/officeDocument/2006/relationships/hyperlink" Target="https://eea.gd.gov.cn/attachment/0/608/608390/4865227.pdf" TargetMode="External"/><Relationship Id="rId13" Type="http://schemas.openxmlformats.org/officeDocument/2006/relationships/hyperlink" Target="https://eea.gd.gov.cn/attachment/0/608/608390/486528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