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18f0fe5065598132299759b5a6b084fffbc12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18f0fe5065598132299759b5a6b084fffbc12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