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关于中考填报志愿的温馨提示（二）</w:t>
      </w:r>
    </w:p>
    <w:p>
      <w:r>
        <w:rPr>
          <w:sz w:val="18"/>
        </w:rPr>
        <w:t>整理归属  深圳市招生考试办公室</w:t>
      </w:r>
    </w:p>
    <w:p>
      <w:r>
        <w:rPr>
          <w:sz w:val="18"/>
        </w:rPr>
        <w:t>发布日期  2020-07-07</w:t>
      </w:r>
    </w:p>
    <w:p>
      <w:r>
        <w:rPr>
          <w:sz w:val="18"/>
        </w:rPr>
        <w:t>来源  深圳市招生考试办公室官网</w:t>
      </w:r>
    </w:p>
    <w:p>
      <w:r>
        <w:rPr>
          <w:sz w:val="18"/>
        </w:rPr>
        <w:t>栏目  中考</w:t>
      </w:r>
    </w:p>
    <w:p>
      <w:r>
        <w:rPr>
          <w:sz w:val="18"/>
        </w:rPr>
        <w:t>存档日期  2026-10-27</w:t>
      </w:r>
    </w:p>
    <w:p>
      <w:r>
        <w:t xml:space="preserve">原文链接  </w:t>
      </w:r>
      <w:hyperlink r:id="rId10">
        <w:r>
          <w:rPr>
            <w:color w:val="18548A"/>
          </w:rPr>
          <w:t>https://szeb.sz.gov.cn/szzkw/zkgg/zkxx/content/post_8946090.html</w:t>
        </w:r>
      </w:hyperlink>
    </w:p>
    <w:p/>
    <w:p>
      <w:r>
        <w:t>根据市教育局计划编制部门通知，现将翠园中学2020年新生住宿情况由原提供550个床位更改为全寄宿。</w:t>
      </w:r>
    </w:p>
    <w:p>
      <w:r>
        <w:t>请考生和家长在填报志愿时注意该学校信息。</w:t>
      </w:r>
    </w:p>
    <w:sectPr w:rsidR="00FC693F" w:rsidRPr="0006063C" w:rsidSect="00034616">
      <w:footerReference w:type="default" r:id="rId9"/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fldSimple w:instr="PAGE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00" w:lineRule="auto" w:after="120"/>
    </w:pPr>
    <w:rPr>
      <w:rFonts w:ascii="宋体" w:hAnsi="宋体" w:eastAsia="宋体"/>
      <w:color w:val="000000"/>
      <w:rFonts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30"/>
      <w:szCs w:val="28"/>
      <w:rFont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26"/>
      <w:szCs w:val="26"/>
      <w:rFont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宋体" w:hAnsi="宋体" w:eastAsia="宋体"/>
      <w:b/>
      <w:bCs/>
      <w:color w:val="000000"/>
      <w:rFont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黑体" w:hAnsi="黑体" w:eastAsia="宋体"/>
      <w:color w:val="000000"/>
      <w:spacing w:val="5"/>
      <w:kern w:val="28"/>
      <w:sz w:val="40"/>
      <w:szCs w:val="52"/>
      <w:rFonts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szeb.sz.gov.cn/szzkw/zkgg/zkxx/content/post_8946090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公开文章资料整理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