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https://szeb.sz.gov.cn/szzkw/zkcx/zxks/zkzy/zkcc/content/post_8949050.html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c3dd195a02755f19e6f65b79073fd289ff51341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c3dd195a02755f19e6f65b79073fd289ff51341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5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