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深圳市2026年中考符合教育优待条件考生增补名单公示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2026-07-08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https://szeb.sz.gov.cn/szzkw/qt/tzgg/content/post_12883880.html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https://szeb.sz.gov.cn/szzkw/zkgg/zkxx/content/post_12883640.html</w:t>
        </w:r>
      </w:hyperlink>
    </w:p>
    <w:p/>
    <w:p>
      <w:r>
        <w:t>公示期为6月25日至7月8日，公示已结束。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83880.html" TargetMode="External"/><Relationship Id="rId11" Type="http://schemas.openxmlformats.org/officeDocument/2006/relationships/hyperlink" Target="https://szeb.sz.gov.cn/szzkw/zkgg/zkxx/content/post_128836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