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2022年全国硕士研究生招生考试深圳市招考办报考点网上确认上传材料要求</w:t>
      </w:r>
    </w:p>
    <w:p>
      <w:r>
        <w:rPr>
          <w:sz w:val="18"/>
        </w:rPr>
        <w:t>整理归属  深圳市招生考试办公室</w:t>
      </w:r>
    </w:p>
    <w:p>
      <w:r>
        <w:rPr>
          <w:sz w:val="18"/>
        </w:rPr>
        <w:t>发布日期  2021-09-24</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https://szeb.sz.gov.cn/szzkw/zkgg/ykxx/content/post_9150655.html</w:t>
        </w:r>
      </w:hyperlink>
    </w:p>
    <w:p/>
    <w:p>
      <w:r>
        <w:t>符合深圳市招考办报考点（代码4411）报名条件的考生，网上确认上传材料要求如下：</w:t>
      </w:r>
    </w:p>
    <w:p>
      <w:r>
        <w:t>一、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5M以内。</w:t>
      </w:r>
    </w:p>
    <w:p>
      <w:r>
        <w:t>证件照片要按照上述要求上传，请不要化妆，不得佩戴眼镜、隐形眼镜、美瞳拍照；照明光线均匀，脸部不能发光，无高光、光斑，无阴影、红眼等；头发不得遮挡脸部或造成阴影，要露出五官，并能如实地反映本人近期相貌；严禁对照片进行修图，不得拿照片翻拍，不得上传复印件。未按要求上传，审核将不通过。</w:t>
      </w:r>
    </w:p>
    <w:p>
      <w:r>
        <w:t>二、本人手持身份证照。拍摄时，手持本人身份证，将持证的手臂和上半身整个拍进照片，头部和肩部要端正，头发不得遮挡脸部或造成阴影，露出五官，确保身份证上的所有信息清晰可见、完整（没有被遮挡或者被手指捏住）。</w:t>
      </w:r>
    </w:p>
    <w:p>
      <w:r>
        <w:t>三、本人身份证原件正反面照（分正、反面两张上传，请确保身份证边框完整，字迹清晰可见，亮度均匀）。</w:t>
      </w:r>
    </w:p>
    <w:p>
      <w:r>
        <w:t>四、学历学籍等证明材料</w:t>
      </w:r>
    </w:p>
    <w:p>
      <w:r>
        <w:t>（一）应届普通高校本科、非全日制成人高校本科毕业生上传学生证（翻开内页拍照，需有考生照片、姓名、入学时间等内容）；尚未取得高等教育自学考试毕业证的考生上传自学考试准考证或省级高等教育自学考试办公室出具的成绩证明。</w:t>
      </w:r>
    </w:p>
    <w:p>
      <w:r>
        <w:t>（二）往届毕业生上传毕业证书。</w:t>
      </w:r>
    </w:p>
    <w:p>
      <w:r>
        <w:t>五、户籍证明或在粤参保证明</w:t>
      </w:r>
    </w:p>
    <w:p>
      <w:r>
        <w:t>（一）广东省内户籍的考生，上传户口本个人页。</w:t>
      </w:r>
    </w:p>
    <w:p>
      <w:r>
        <w:t>（二）广东省外户籍在广东省内工作的往届生，上传在粤参加社保证明；广东省外户籍在广东省境内普通高校的应届本科毕业生，上传学生证。</w:t>
      </w:r>
    </w:p>
    <w:p>
      <w:r>
        <w:t>（三）报考广东省境内招生单位的在粤实习应届本科毕业生，上传实习证明。</w:t>
      </w:r>
    </w:p>
    <w:p>
      <w:r>
        <w:t>考生网上确认上传的材料必须清晰完整，真实有效。如提供虚假材料，造成的一切后果，由考生本人承担。</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91506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