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关于增加深圳市2021年成人高考考位的公告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2021-09-16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https://szeb.sz.gov.cn/szzkw/zkgg/ckxx/content/post_9135590.html</w:t>
        </w:r>
      </w:hyperlink>
    </w:p>
    <w:p/>
    <w:p>
      <w:r>
        <w:t>我市今年成人高考报名人数激增，为满足广大考生的报考需求，经协调各区、各学校努力挖潜，我市将在9月16日下午5:00增加部分考位。因各区标准化考点数量不均，报名考生大幅增加后，考生的考点设置将在全市范围内进行编排，部分考生将不能被安排在报名点所在区属考试，请考生理解。</w:t>
      </w:r>
    </w:p>
    <w:p>
      <w:r>
        <w:t>深圳市招生考试办公室</w:t>
      </w:r>
    </w:p>
    <w:p>
      <w:r>
        <w:t>2021年9月16日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91355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