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公布2022年军队院校招收普通高中毕业生面试及体检初检结论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2022-07-06</w:t>
      </w:r>
    </w:p>
    <w:p>
      <w:r>
        <w:rPr>
          <w:sz w:val="18"/>
        </w:rPr>
        <w:t>来源  广东省军区招生工作领导小组办公室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https://eea.gd.gov.cn/tzgg/content/post_3963844.html</w:t>
        </w:r>
      </w:hyperlink>
    </w:p>
    <w:p/>
    <w:p>
      <w:r>
        <w:t>现将2022年军队院校招收普通高中毕业生面试及体检初检结论公布如下（见附件）。未备注复检的考生，不需到医院进行复检。备注复检的考生请于7月7日8:00到南部战区总医院健康医学科参加复检。逾期未参检的考生，视为自动放弃。复检时请考生空腹，携带48小时内核酸检测阴性证明，其他有关要求与初检相同。复检结论为最终结论。</w:t>
      </w:r>
    </w:p>
    <w:p>
      <w:r>
        <w:t>体检初检结论不合格但未备注复检的考生，可拨打电话020-88666209查询不合格原因。电话接听时间为7月6～8日08:00-11:50、15:00-17:50。</w:t>
      </w:r>
    </w:p>
    <w:p>
      <w:r>
        <w:t>另，面试体检合格不代表录取，需按招生程序由省招生办公室按高分到低分组织投档，由军队院校录取。请各位考生耐心等待，届时通过省招生办公室公布的官方渠道查询录取情况。</w:t>
      </w:r>
    </w:p>
    <w:p>
      <w:r>
        <w:t>附件：2022年军队院校招收普通高中毕业生面试及体检初检结论</w:t>
      </w:r>
    </w:p>
    <w:p>
      <w:r>
        <w:t>广东省军区招生工作领导小组办公室</w:t>
      </w:r>
    </w:p>
    <w:p>
      <w:r>
        <w:t>2022年7月6日</w:t>
      </w:r>
    </w:p>
    <w:p>
      <w:r>
        <w:t>请扫描下方二维码查看附件信息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c253bf9fc5fbd38316511f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63844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