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《广东省2024年普通高等学校专升本招生专业目录及考试要求》增补公告（二）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https://eea.gd.gov.cn/ptgk/content/post_4393191.html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https://eea.gd.gov.cn/tzgg/content/post_4393210.html</w:t>
        </w:r>
      </w:hyperlink>
    </w:p>
    <w:p/>
    <w:p>
      <w:r>
        <w:t>应有关高校要求，现对《广东省2024年普通高等学校专升本招生专业目录及考试要求》部分内容作如下增补（见附件）。</w:t>
      </w:r>
    </w:p>
    <w:p>
      <w:r>
        <w:t>附件：《广东省2024年普通高等学校专升本招生专业目录及要求》增补表</w:t>
      </w:r>
    </w:p>
    <w:p>
      <w:r>
        <w:t>广东省招生委员会办公室</w:t>
      </w:r>
    </w:p>
    <w:p>
      <w:r>
        <w:t>2024年3月19日</w:t>
      </w:r>
    </w:p>
    <w:p>
      <w:r>
        <w:drawing>
          <wp:inline xmlns:a="http://schemas.openxmlformats.org/drawingml/2006/main" xmlns:pic="http://schemas.openxmlformats.org/drawingml/2006/picture">
            <wp:extent cx="6400799" cy="63604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87debff1e397f5688c00c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63604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663876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6ccabf6ccad99f7dfe6a8a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66387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326291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ef35d981228dc77bb3792c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262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49407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3ecd52a2ec37d54de7aa99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49407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686059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8c45adb76a5c93351aa6e6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68605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327501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a9bea83db80e41a2b63fcb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27501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393191.html" TargetMode="External"/><Relationship Id="rId11" Type="http://schemas.openxmlformats.org/officeDocument/2006/relationships/hyperlink" Target="https://eea.gd.gov.cn/tzgg/content/post_4393210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