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2026年全国硕士研究生招生考试深圳市招考办报考点网上确认温馨提示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2025-11-04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https://szeb.sz.gov.cn/szzkw/qt/tzgg/content/post_12473309.html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https://szeb.sz.gov.cn/szzkw/zkgg/ykxx/content/post_12473307.html</w:t>
        </w:r>
      </w:hyperlink>
    </w:p>
    <w:p/>
    <w:p>
      <w:r>
        <w:t>2026年全国硕士研究生招生考试深圳市招考办报考点（代码4411）网上确认工作已于2025年10月31日上午9：00开始，将于11月5日中午12：00结束。目前，仍有部分考生未进行网上确认，现予以重要提示：</w:t>
      </w:r>
    </w:p>
    <w:p>
      <w:r>
        <w:t>一、尚未进行网上确认的考生请尽快完成相关操作，避免最后时段集中上传材料造成网络堵塞，导致报名不成功。</w:t>
      </w:r>
    </w:p>
    <w:p>
      <w:r>
        <w:t>二、已上传材料的考生请及时查阅审核结果，若审核结果为“待补充材料”，须及时按要求补传材料，确保完成网上确认。</w:t>
      </w:r>
    </w:p>
    <w:p>
      <w:r>
        <w:t>三、按有关规定，未完成网上确认的考生，本次研考报名不成功，将无法参加考试。</w:t>
      </w:r>
    </w:p>
    <w:p>
      <w:r>
        <w:t>深圳市招生考试办公室</w:t>
      </w:r>
    </w:p>
    <w:p>
      <w:r>
        <w:t>2025年11月4日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473309.html" TargetMode="External"/><Relationship Id="rId11" Type="http://schemas.openxmlformats.org/officeDocument/2006/relationships/hyperlink" Target="https://szeb.sz.gov.cn/szzkw/zkgg/ykxx/content/post_1247330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