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关于做好广东省2025年本科批次第二次征集志愿和网上录取工作的通知</w:t>
      </w:r>
    </w:p>
    <w:p>
      <w:r>
        <w:rPr>
          <w:sz w:val="18"/>
        </w:rPr>
        <w:t>整理归属  广东省教育考试院</w:t>
      </w:r>
    </w:p>
    <w:p>
      <w:r>
        <w:rPr>
          <w:sz w:val="18"/>
        </w:rPr>
        <w:t>发布日期  2025-07-28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https://eea.gd.gov.cn/ptgk/content/post_4750497.html</w:t>
        </w:r>
      </w:hyperlink>
    </w:p>
    <w:p>
      <w:r>
        <w:t xml:space="preserve">同文来源  </w:t>
      </w:r>
      <w:hyperlink r:id="rId11">
        <w:r>
          <w:rPr>
            <w:color w:val="18548A"/>
          </w:rPr>
          <w:t>https://eea.gd.gov.cn/tzgg/content/post_4750546.html</w:t>
        </w:r>
      </w:hyperlink>
    </w:p>
    <w:p>
      <w:r>
        <w:t xml:space="preserve">同文来源  </w:t>
      </w:r>
      <w:hyperlink r:id="rId12">
        <w:r>
          <w:rPr>
            <w:color w:val="18548A"/>
          </w:rPr>
          <w:t>https://eea.gd.gov.cn/zwgk/sjfb/tjsj/content/post_4750707.html</w:t>
        </w:r>
      </w:hyperlink>
    </w:p>
    <w:p/>
    <w:p>
      <w:r>
        <w:t>各地级以上市招生办公室（考试中心、考试院）、各有关高校：</w:t>
      </w:r>
    </w:p>
    <w:p>
      <w:r>
        <w:t>根据第一次征集志愿录取情况，我省2025年本科批次普通类、体育类、艺术类（含音乐类、舞蹈类、表（导）演类、播音与主持类、美术与设计类）尚有少量缺额计划。经研究，省招生办决定对本科批次进行第二次征集志愿。现就有关事项通知如下：</w:t>
      </w:r>
    </w:p>
    <w:p>
      <w:r>
        <w:t>一、安排时间</w:t>
      </w:r>
    </w:p>
    <w:p>
      <w:r>
        <w:t>第二次征集志愿网上填报时间为7月28日16:00至29日16:00，投档录取时间为7月30日至31日。</w:t>
      </w:r>
    </w:p>
    <w:p>
      <w:r>
        <w:t>二、第二次征集志愿条件</w:t>
      </w:r>
    </w:p>
    <w:p>
      <w:r>
        <w:t>普通类（历史）：总分439分。</w:t>
      </w:r>
    </w:p>
    <w:p>
      <w:r>
        <w:t>普通类（物理）：总分411分。</w:t>
      </w:r>
    </w:p>
    <w:p>
      <w:r>
        <w:t>体育类：文化科总分355分，体育类专业省统考205分。</w:t>
      </w:r>
    </w:p>
    <w:p>
      <w:r>
        <w:t>音乐类（音乐教育）：文化科总分300分，音乐类专业省统考180分。</w:t>
      </w:r>
    </w:p>
    <w:p>
      <w:r>
        <w:t>音乐类（音乐表演-器乐）：文化科总分300分，音乐类专业省统考170分。</w:t>
      </w:r>
    </w:p>
    <w:p>
      <w:r>
        <w:t>音乐类（音乐表演-声乐）：文化科总分300分，音乐类专业省统考185分。</w:t>
      </w:r>
    </w:p>
    <w:p>
      <w:r>
        <w:t>舞蹈类：文化科总分310分，舞蹈类专业省统考190分。</w:t>
      </w:r>
    </w:p>
    <w:p>
      <w:r>
        <w:t>表（导）演类（戏剧影视导演）：文化科总分340分，表（导）演类专业省统考208分。</w:t>
      </w:r>
    </w:p>
    <w:p>
      <w:r>
        <w:t>播音与主持类（粤语）：文化科总分335分，播音与主持类专业省统考208分。</w:t>
      </w:r>
    </w:p>
    <w:p>
      <w:r>
        <w:t>美术与设计类：文化科总分300分，美术与设计类专业省统考185分。</w:t>
      </w:r>
    </w:p>
    <w:p>
      <w:r>
        <w:t>三、第二次征集志愿程序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第二次征集志愿的考生请于7月28日16:00－29日16:00登录“广东省普通高考志愿填报系统”（https://pg.eeagd.edu.cn/ks）填报志愿（征集志愿表样式见附件1）。考生须在规定的时间内填报志愿，逾时一律不再受理。已被录取考生，不得参加征集志愿。</w:t>
      </w:r>
    </w:p>
    <w:p>
      <w:r>
        <w:t>（三）志愿填报方式。符合第二次征集志愿条件的考生可以登录“广东省普通高考志愿填报系统”，按本通知相关要求于7月29日16:00前自行上网填报第二次征集志愿。</w:t>
      </w:r>
    </w:p>
    <w:p>
      <w:r>
        <w:t>1.本科批次院校普通类（历史、物理）可填报45个院校专业组志愿，每个院校专业组可填报6个专业志愿及1个是否服从调剂选项；体育类、艺术类可填报16个院校专业组志愿，每个院校专业组可填报6个专业志愿及1个是否服从调剂选项。</w:t>
      </w:r>
    </w:p>
    <w:p>
      <w:r>
        <w:t>2.参加第二次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第二次征集志愿填报截止时间为7月29日16:00，考生必须按时在网上填报相应的本科批次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29日16:00）截止后的2小时内（7月29日16:00-18: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30日至31日组织高校录取，以考生网上最后确认的征集志愿数据为投档依据。</w:t>
      </w:r>
    </w:p>
    <w:p>
      <w:r>
        <w:t>四、第二次征集志愿录取办法</w:t>
      </w:r>
    </w:p>
    <w:p>
      <w:r>
        <w:t>本科批次体育类、艺术类第二次征集志愿录取与普通类（历史、物理）第二次征集志愿录取同步进行。正式投档前，将视院校生源情况，对各科类、各院校专业组间计划进行适当调整。投档录取办法如下：</w:t>
      </w:r>
    </w:p>
    <w:p>
      <w:r>
        <w:t>本科批次院校普通类（历史、物理）和体育类、艺术类专业第二次征集志愿实行平行志愿投档，不进行预投档，正式投档投第二次征集志愿分数线上考生档案，按考生总分（体育类、艺术类为合成总分）排位从高到低依次检索，以参加第二次征集的院校专业组最终确认的计划1:1比例进行投档，由高校择优录取。</w:t>
      </w:r>
    </w:p>
    <w:p>
      <w:r>
        <w:t>五、注意事项</w:t>
      </w:r>
    </w:p>
    <w:p>
      <w:r>
        <w:t>（一）考生填报志愿时，须认真查看第二次征集志愿高校招生章程以及《广东省2025年普通高等学校志愿填报指南》第三章体检要求，特别是拟填报专业的身体条件要求和考试成绩要求等情况，并尽量选择服从专业调剂。避免因不服从专业调剂或身体条件受限，被院校退档。</w:t>
      </w:r>
    </w:p>
    <w:p>
      <w:r>
        <w:t>（二）本次征集志愿院校为收费较高的民办高校，包括个别中外合作办学专业，考生填报志愿时，应根据自身家庭经济情况和个人意愿，认真查看有关高校的招生章程，了解收费标准情况，慎重填报，一经确认，投档后，一律不得申请放弃。</w:t>
      </w:r>
    </w:p>
    <w:p>
      <w:r>
        <w:t>（三）第二次征集志愿录取时，以考生重新填报的本科批次第二次征集志愿为准，考生原填报的本科批次院校专业组志愿信息无效。</w:t>
      </w:r>
    </w:p>
    <w:p>
      <w:r>
        <w:t>各地市、县（市、区）招生考试机构和有关高校要高度重视、认真负责，并指定专人负责此项工作，确保本科批次第二次征集志愿和网上录取工作顺利进行。本科批次录取结束后，将开始进行提前批专科投档录取工作。</w:t>
      </w:r>
    </w:p>
    <w:p>
      <w:r>
        <w:t>附件：</w:t>
      </w:r>
    </w:p>
    <w:p>
      <w:r>
        <w:t>1.广东省2025年普通高校招生第二次征集志愿表（样式）</w:t>
      </w:r>
    </w:p>
    <w:p>
      <w:r>
        <w:t>2.广东省2025年普通高校招生本科院校普通类（历史、物理）第二次征集志愿在库考生分数段统计表</w:t>
      </w:r>
    </w:p>
    <w:p>
      <w:r>
        <w:t>3.广东省2025年普通高校招生本科院校[体育类、音乐类、舞蹈类、表（导）演类、播音与主持类、美术与设计类]第二次征集志愿在库考生分数段统计表</w:t>
      </w:r>
    </w:p>
    <w:p>
      <w:r>
        <w:t>4.广东省2025年普通高校招生本科院校[普通类（历史、物理）、体育类、音乐类、舞蹈类、表（导）演类、播音与主持类、美术与设计类]第二次征集志愿招生计划表（分类下发）</w:t>
      </w:r>
    </w:p>
    <w:p>
      <w:r>
        <w:t>广东省招生委员会办公室</w:t>
      </w:r>
    </w:p>
    <w:p>
      <w:r>
        <w:t>2025年7月28日</w:t>
      </w:r>
    </w:p>
    <w:p>
      <w:r>
        <w:t>查阅附件</w:t>
      </w:r>
    </w:p>
    <w:p>
      <w:pPr>
        <w:pStyle w:val="Heading1"/>
      </w:pPr>
      <w:r>
        <w:t>附件及下载链接</w:t>
      </w:r>
    </w:p>
    <w:p>
      <w:hyperlink r:id="rId13">
        <w:r>
          <w:rPr>
            <w:color w:val="18548A"/>
          </w:rPr>
          <w:t>查阅附件</w:t>
        </w:r>
      </w:hyperlink>
    </w:p>
    <w:p>
      <w:r>
        <w:rPr>
          <w:sz w:val="16"/>
        </w:rPr>
        <w:t>https://eea.gd.gov.cn/attachment/0/586/586700/4750497.pdf</w:t>
      </w:r>
    </w:p>
    <w:p>
      <w:pPr>
        <w:pStyle w:val="Heading1"/>
      </w:pPr>
      <w:r>
        <w:t>正文相关链接</w:t>
      </w:r>
    </w:p>
    <w:p>
      <w:hyperlink r:id="rId14">
        <w:r>
          <w:rPr>
            <w:color w:val="18548A"/>
          </w:rPr>
          <w:t>查阅附件</w:t>
        </w:r>
      </w:hyperlink>
    </w:p>
    <w:p>
      <w:r>
        <w:t>https://eea.gd.gov.cn/attachment/0/586/586700/4750546.pdf</w:t>
      </w:r>
    </w:p>
    <w:p>
      <w:hyperlink r:id="rId15">
        <w:r>
          <w:rPr>
            <w:color w:val="18548A"/>
          </w:rPr>
          <w:t>查阅附件</w:t>
        </w:r>
      </w:hyperlink>
    </w:p>
    <w:p>
      <w:r>
        <w:t>https://eea.gd.gov.cn/attachment/0/586/586700/4750707.pdf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50497.html" TargetMode="External"/><Relationship Id="rId11" Type="http://schemas.openxmlformats.org/officeDocument/2006/relationships/hyperlink" Target="https://eea.gd.gov.cn/tzgg/content/post_4750546.html" TargetMode="External"/><Relationship Id="rId12" Type="http://schemas.openxmlformats.org/officeDocument/2006/relationships/hyperlink" Target="https://eea.gd.gov.cn/zwgk/sjfb/tjsj/content/post_4750707.html" TargetMode="External"/><Relationship Id="rId13" Type="http://schemas.openxmlformats.org/officeDocument/2006/relationships/hyperlink" Target="https://eea.gd.gov.cn/attachment/0/586/586700/4750497.pdf" TargetMode="External"/><Relationship Id="rId14" Type="http://schemas.openxmlformats.org/officeDocument/2006/relationships/hyperlink" Target="https://eea.gd.gov.cn/attachment/0/586/586700/4750546.pdf" TargetMode="External"/><Relationship Id="rId15" Type="http://schemas.openxmlformats.org/officeDocument/2006/relationships/hyperlink" Target="https://eea.gd.gov.cn/attachment/0/586/586700/47507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