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2025年10月自学考试考前温馨提示</w:t>
      </w:r>
    </w:p>
    <w:p>
      <w:r>
        <w:rPr>
          <w:sz w:val="18"/>
        </w:rPr>
        <w:t>整理归属  深圳市招生考试办公室</w:t>
      </w:r>
    </w:p>
    <w:p>
      <w:r>
        <w:rPr>
          <w:sz w:val="18"/>
        </w:rPr>
        <w:t>发布日期  2025-10-20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https://szeb.sz.gov.cn/szzkw/qt/tzgg/content/post_12444044.html</w:t>
        </w:r>
      </w:hyperlink>
    </w:p>
    <w:p>
      <w:r>
        <w:t xml:space="preserve">同文来源  </w:t>
      </w:r>
      <w:hyperlink r:id="rId11">
        <w:r>
          <w:rPr>
            <w:color w:val="18548A"/>
          </w:rPr>
          <w:t>https://szeb.sz.gov.cn/szzkw/zkgg/zkxx1/content/post_12443999.html</w:t>
        </w:r>
      </w:hyperlink>
    </w:p>
    <w:p/>
    <w:p>
      <w:r>
        <w:t>2025年10月高等教育自学考试将于10月25日至26日举行，市招考办特别提醒广大考生：</w:t>
      </w:r>
    </w:p>
    <w:p>
      <w:r>
        <w:t>一、提前打印准考证</w:t>
      </w:r>
    </w:p>
    <w:p>
      <w:r>
        <w:t>2025年10月自学考试准考证已于10月15日上午10时起在广东省自学考试管理系统（网址：https://www.eeagd.edu.cn/selfec，下同）开通打印。请考生提前用普通A4纸打印准考证并认真核对个人信息，考前认真阅读准考证中的考试时间、地点、注意事项等内容。考生所持的准考证不能伪造、变造或擅自涂改，严禁在准考证正反面书写、打印除准考证本身含有内容以外的其他任何文字或标记。考试过程中也不能作为草稿纸使用，否则将按规定严肃处理。对于自行打印准考证有困难的考生，可于考前一周至考试结束当天凭本人身份证原件到市招考办打印（地址：罗湖区泥岗西路1068号一楼招考服务大厅，联系电话：0755—82181999）。</w:t>
      </w:r>
    </w:p>
    <w:p>
      <w:r>
        <w:t>二、合理安排赴考时间</w:t>
      </w:r>
    </w:p>
    <w:p>
      <w:r>
        <w:t>关注考试当天天气及交通状况，提前规划好出行线路，选择合理出行方式（各考点不提供停车位，自驾车考生请提前了解考点附近停车场地），提前1小时到达考点，留足存放物品和入场检查时间。考生到达考点后不得在考点周围逗留、聚集，应尽快有序入场。</w:t>
      </w:r>
    </w:p>
    <w:p>
      <w:r>
        <w:t>三、携带考试相关证件</w:t>
      </w:r>
    </w:p>
    <w:p>
      <w:r>
        <w:t>考生须持本人准考证和有效居民身份证原件（不含电子身份证）方可参加考试。如考生身份证件遗失，则须携带有效期内的临时身份证或公安机关开具的用于参加国家教育考试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四、规范携带考试用品</w:t>
      </w:r>
    </w:p>
    <w:p>
      <w:r>
        <w:t>准备考试需要的相关文具，如2B铅笔、黑色字迹的钢笔或签字笔、马克笔、直尺、三角板、圆规、橡皮擦等，除必要文具之外任何物品不准带入考场（《国家高等教育自学考试违规物品种类清单》见附件1）。严禁携带任何通讯工具（如手机、对讲机及其他无线接收、传送设备）、智能手表、运动手环、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没有明确规定不能使用计算器，但确有计算要求的课程，考生可以携带使用简单的、无程序存储功能的计算器。</w:t>
      </w:r>
    </w:p>
    <w:p>
      <w:r>
        <w:t>五、自觉接受入场检查</w:t>
      </w:r>
    </w:p>
    <w:p>
      <w:r>
        <w:t>考生应自觉接受在考点封闭区入口和考场入口进行的智能安检门安检、人工安检和随身物品等必要检查及身份验证（包括人脸识别技术和人工比对身份证检查）。</w:t>
      </w:r>
    </w:p>
    <w:p>
      <w:r>
        <w:t>智能安检系统将对手机、照相机等金属类电子设备进行检测。</w:t>
      </w:r>
    </w:p>
    <w:p>
      <w:r>
        <w:t>（一）请考生不要携带钥匙、磁卡、打火机以及金属制作的手镯、戒指、项链、金属发卡等物品进入安检门，尽量不穿戴有金属装饰品的衣服、鞋帽等，避免因反复安检影响正常入场考试。考生应提前妥善安置个人物品，尽量不携带与考试无关的物品或贵重物品进入考点，以免丢失。</w:t>
      </w:r>
    </w:p>
    <w:p>
      <w:r>
        <w:t>（二）因身体特殊情况（如安装有心脏起搏器、金属牙具、使用助听器、孕妇等）、坐轮椅等无法进行安检的考生，请事先开具并携带由医疗机构出具的证明。</w:t>
      </w:r>
    </w:p>
    <w:p>
      <w:r>
        <w:t>（三）请考生预留足够时间进行安检，避免集中在考前安检造成拥堵，影响进场考试时间。考生因任何原因离开考试封闭区域或考场后需要再次进入的，均须再次进行安检。</w:t>
      </w:r>
    </w:p>
    <w:p>
      <w:r>
        <w:t>考生应注意按照本次考试的有关要求，将与考试无关的物品一律存放在智能安检门之外考点指定的物品存放点。考点仅提供临时物品存放点，不承担物品保管责任。如发生物品遗失、错拿或遗忘等情况，责任由考生自行承担。</w:t>
      </w:r>
    </w:p>
    <w:p>
      <w:r>
        <w:t>六、考试注意事项</w:t>
      </w:r>
    </w:p>
    <w:p>
      <w:r>
        <w:t>（一）考生领到试卷（含答题纸）后，须先检查核对课程名称、代码是否与报考课程相符，试卷有无分发错误、缺页、缺题或字迹不清等问题。如发现上述问题，应立即举手向监考员报告；开考后再行报告、更换的，延误的考试时间不予延长。</w:t>
      </w:r>
    </w:p>
    <w:p>
      <w:r>
        <w:t>（二）规范答题。答题前，考生须认真阅读问卷“注意事项”和答题纸上的“作答说明”，并按要求作答。按要求在答题纸规定的位置上正确、清楚地填写准考证号、姓名、考点名称、考场号、座位号等信息，并将条形码粘贴在“条形码粘贴处”栏框内。请在答卷指定区域内作答，在问卷或草稿纸上作答的，答题一律无效。严禁在答题纸上任意涂画或作标记。</w:t>
      </w:r>
    </w:p>
    <w:p>
      <w:r>
        <w:t>（三）落实笔迹信息采集要求。考生须进行课程笔迹信息采集，按要求在答题纸指定位置认真抄写“考生笔迹确认”部分规定文字，按教育部有关规定，未进行笔迹采集的课程合格成绩将无法转出外省。已到考生须在点名卡对应签名框内签名确认。</w:t>
      </w:r>
    </w:p>
    <w:p>
      <w:r>
        <w:t>（四）开考15分钟后不准进入考点参加当科考试，交卷出场时间不得早于当科考试结束前30分钟。交卷出场后不得再进场续考，也不得在考场附近逗留或交谈。考试终了信号发出后，应立即停止作答。严禁将试卷、答题纸和草稿纸带出考场。</w:t>
      </w:r>
    </w:p>
    <w:p>
      <w:r>
        <w:t>七、遵守考试纪律</w:t>
      </w:r>
    </w:p>
    <w:p>
      <w:r>
        <w:t>考场实行全覆盖、全时段网上监控和录像，监控视频和后期的录像回放将作为认定考试违规的依据，请考生自觉遵守考场纪律（《广东省高等教育自学考试考场规则》见附件2）。试题、答题纸、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广东省高等教育自学考试违规处理事先告知书》和《广东省高等教育自学考试违规处理决定书》将采用电子送达方式，按照当次报考时考生确认的联系手机号码发送信息提醒，相关考生应及时登录广东省自学考试管理系统进行查收，违规处理相关文书上传至广东省自学考试管理系统后，考生即可同步查阅（广东省自学考试管理系统显示上传成功的日期视为相关文书的送达日期）。</w:t>
      </w:r>
    </w:p>
    <w:p>
      <w:r>
        <w:t>八、提高警惕防受骗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预祝考生们取得理想的成绩！</w:t>
      </w:r>
    </w:p>
    <w:p>
      <w:r>
        <w:drawing>
          <wp:inline xmlns:a="http://schemas.openxmlformats.org/drawingml/2006/main" xmlns:pic="http://schemas.openxmlformats.org/drawingml/2006/picture">
            <wp:extent cx="6400800" cy="5889095"/>
            <wp:docPr id="1" name="Picture 1"/>
            <wp:cNvGraphicFramePr>
              <a:graphicFrameLocks noChangeAspect="1"/>
            </wp:cNvGraphicFramePr>
            <a:graphic>
              <a:graphicData uri="http://schemas.openxmlformats.org/drawingml/2006/picture">
                <pic:pic>
                  <pic:nvPicPr>
                    <pic:cNvPr id="0" name="83cfe2d850a5f694e6f3.png"/>
                    <pic:cNvPicPr/>
                  </pic:nvPicPr>
                  <pic:blipFill>
                    <a:blip r:embed="rId12"/>
                    <a:stretch>
                      <a:fillRect/>
                    </a:stretch>
                  </pic:blipFill>
                  <pic:spPr>
                    <a:xfrm>
                      <a:off x="0" y="0"/>
                      <a:ext cx="6400800" cy="5889095"/>
                    </a:xfrm>
                    <a:prstGeom prst="rect"/>
                  </pic:spPr>
                </pic:pic>
              </a:graphicData>
            </a:graphic>
          </wp:inline>
        </w:drawing>
      </w:r>
    </w:p>
    <w:p>
      <w:r>
        <w:t>附件2.广东省高等教育自学考试考场规则</w:t>
      </w:r>
    </w:p>
    <w:p>
      <w:r>
        <w:t>（一）考生应诚信考试，遵规守纪。自觉服从监考员等考试工作人员管理，不得以任何理由妨碍监考员等考试工作人员履行职责，不得扰乱考点考场及其他考试工作地点的秩序。</w:t>
      </w:r>
    </w:p>
    <w:p>
      <w:r>
        <w:t>（二）考前30分钟，凭准考证、有效居民身份证原件（不含电子身份证）通过身份验证后按规定入场参加考试。不得穿背心、拖鞋以及部队、警察、执法等类型的制服进入考点和考场。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（四）除2B铅笔、黑色字迹的钢笔或签字笔、直尺、圆规、三角板、橡皮外，其他任何物品不准带入考场。</w:t>
      </w:r>
    </w:p>
    <w:p>
      <w:r>
        <w:t>严禁携带任何通讯工具（如手机、对讲机及其他无线接收、传送设备）、电子计算器、电子存储记忆录放设备、照相机、涂改液、修正带等与考试无关的物品进入考场。可使用计算器的课程，计算器不得有程序储存功能。</w:t>
      </w:r>
    </w:p>
    <w:p>
      <w:r>
        <w:t>（五）入场后，对号入座，将本人准考证、身份证放在桌面左上角，以便核验。已到考生须在点名卡对应签名框内签名确认，未签名者视为缺考。</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科课程考试，交卷出场时间不得早于当科考试结束前30分钟。考试进行期间不得擅自离开座位、考场，如身体出现异常情况，须经监考员请示主考同意后方可提前离开考场，交卷出场后不得再进场续考，也不得在考场附近逗留或交谈。提前离场考生须在考点指定休息区域停留，考试结束前30分钟方可离开考点。</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w:t>
      </w:r>
    </w:p>
    <w:p>
      <w:r>
        <w:t>（十一）考试结束信号发出后，立即停笔，待监考员收齐试卷、草稿纸无误后，根据监考员指令依次退出考场。严禁将试卷和草稿纸带出考场。</w:t>
      </w:r>
    </w:p>
    <w:p>
      <w:r>
        <w:t>（十二）如不遵守考场规则，不服从考试工作人员管理，有违规行为的，按《中华人民共和国教育法》《国家教育考试违规处理办法》确定的程序和规定严肃处理，并将记入国家教育考试诚信档案；涉嫌犯罪的，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44044.html" TargetMode="External"/><Relationship Id="rId11" Type="http://schemas.openxmlformats.org/officeDocument/2006/relationships/hyperlink" Target="https://szeb.sz.gov.cn/szzkw/zkgg/zkxx1/content/post_12443999.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