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https://szeb.sz.gov.cn/szzkw/zkcx/zxks/zkzy/bkcc/content/post_8949121.html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6e5c77bfc24f4d9fdc5d1dc0a49cc431f4eab06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6e5c77bfc24f4d9fdc5d1dc0a49cc431f4eab06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21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