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我市2020年初二学业水平考试圆满结束</w:t>
      </w:r>
    </w:p>
    <w:p>
      <w:r>
        <w:rPr>
          <w:sz w:val="18"/>
        </w:rPr>
        <w:t>整理归属  深圳市招生考试办公室</w:t>
      </w:r>
    </w:p>
    <w:p>
      <w:r>
        <w:rPr>
          <w:sz w:val="18"/>
        </w:rPr>
        <w:t>发布日期  2020-07-22</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https://szeb.sz.gov.cn/szzkw/zkgg/zkxx/content/post_8946080.html</w:t>
        </w:r>
      </w:hyperlink>
    </w:p>
    <w:p/>
    <w:p>
      <w:r>
        <w:t>22日下午，我市初二生物与地理（合卷）学业水平考试顺利结束。至此，我市“三考”工作圆满实现了“健康、平安、公平、诚信、暖心”的考试目标。</w:t>
      </w:r>
    </w:p>
    <w:p>
      <w:r>
        <w:t>初二学业水平考试共设158个考点。所有考点考风考纪良好，全天考试平安、顺利。考务要求均按中考标准严格执行，利用深圳市教育考试网上通讯指挥系统、深圳考点统一指令系统等信息化手段实施全程指挥监控，还对电源、广播、挂钟进行了检修调试。为进一步加强考风考纪管理，全面实现各考点与市教育考试指挥中心的互联互通，确保考试公平、公正。</w:t>
      </w:r>
    </w:p>
    <w:p>
      <w:r>
        <w:t>市、区教育行政部门组织成立多个检查巡视组，全市跨区交叉安排巡考监察员对各考点进行巡视检查。教育、宣传、保密、环保、交通、卫生、市场监管、公安、水务、城管、气象、轨道、信息、无线电管理、供电、通信、消防等部门及媒体单位严格按市政府“三考”工作部署，全力做好保障服务和监督检查工作，为全市平稳组考创造了良好条件。</w:t>
      </w:r>
    </w:p>
    <w:p>
      <w:r>
        <w:t>根据《深圳市教育局关于进一步推进高中阶段学校考试招生制度改革的实施意见》（深教规〔2018〕4号）规定，生物与地理（合卷）是高中阶段学校招生录取的重要参考依据，考试成绩不计入录取总分，以等级呈现成绩，但考生均须参加考试；初二年级缺考的考生可申请在次年6月份参加一次补考。考试成绩将在9月开学后公布，具体时间另行通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8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