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2018年成人高考报名温馨提示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2018-09-04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成考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https://szeb.sz.gov.cn/szzkw/zkgg/ckxx/content/post_8946003.html</w:t>
        </w:r>
      </w:hyperlink>
    </w:p>
    <w:p/>
    <w:p>
      <w:r>
        <w:t>考生朋友：</w:t>
      </w:r>
    </w:p>
    <w:p>
      <w:r>
        <w:t>你们好！</w:t>
      </w:r>
    </w:p>
    <w:p>
      <w:r>
        <w:t>今年我省成人高考报名9月1日开始。报名时间分两个时段，其中网上报名时间：9月1日-5日，现场信息确认时间:9月6日-10日。深圳市招生考试办公室提醒广大考生：</w:t>
      </w:r>
    </w:p>
    <w:p>
      <w:r>
        <w:t>一、考生到现场确认报名时，须听从现场管理人员指挥，依次完成确认后应尽快离开，以免造成人员拥堵现场。</w:t>
      </w:r>
    </w:p>
    <w:p>
      <w:r>
        <w:t>二、未满十八岁周岁，已取得国家承认学历的各类高、中等职业学校毕业证的考生，请于9月6日至10带齐本人身份证、户口本、毕业证原件、复印件（非深户籍考生报名时还需提供深圳市发放的居住证或社保卡、医保卡等有关证明在深圳工作生活的材料），到成人高考现场确认报名点，提交个人信息领取预报名号。</w:t>
      </w:r>
    </w:p>
    <w:p>
      <w:r>
        <w:t>三、按照报考流程，考生基本信息提交完成后，需绑定一个手机号，作为接收考试成绩、录取结果等信息和志愿信息确认的工具，考生务必确保本人能及时看到绑定手机的信息。绑定非本人手机的考生，造成的一切后果由其本人承担。</w:t>
      </w:r>
    </w:p>
    <w:p>
      <w:r>
        <w:t>四、今年，将采用广东省教育考试院官微小程序考生端进行电子摄像。电子摄像完成后，管理端会校验考生相片是否符合要求，相片上传不成功或不符合要求的考生，可以到报名确认现场进行补摄像，相片核验成功后，在报名系统进行网上缴费。</w:t>
      </w:r>
    </w:p>
    <w:p>
      <w:r>
        <w:t>五、请考生务必在规定的时间内完成确认报名，未在规定时间内确认报名的，原预报名无效，报名点不再安排补报名。</w:t>
      </w:r>
    </w:p>
    <w:p>
      <w:r>
        <w:t>六、9月6日至10日为现场信息确认时间。预计8日、9日（周六日）将是现场确认报名的高峰期，各区成人高考现场确认报名点周边停车场车位有限，为确保各区报名点现场确认工作顺利开展，请各位考生尽量乘坐公共交通工具，绿色出行。</w:t>
      </w:r>
    </w:p>
    <w:p>
      <w:r>
        <w:t>祝各位考生报名、考试顺利，金榜题名！</w:t>
      </w:r>
    </w:p>
    <w:p>
      <w:r>
        <w:t>深圳市招生考试办公室</w:t>
      </w:r>
    </w:p>
    <w:p>
      <w:r>
        <w:t>2018年9月4日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ckxx/content/post_8946003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