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深圳市2023年度高等教育自学考试社会助学机构备案公告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2024-01-04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https://szeb.sz.gov.cn/szzkw/zkgg/zkxx1/content/post_11086041.html</w:t>
        </w:r>
      </w:hyperlink>
    </w:p>
    <w:p/>
    <w:p>
      <w:r>
        <w:t>根据广东省教育考试院《关于进一步加强我省自学考试社会助学机构业务指导工作的通知》（粤考办〔2015〕46号）和市招考办《深圳市招生考试办公室关于开展我市2023年度社会助学机构备案登记工作的通知》（深招办〔2023〕134号）精神和要求，为落实《高等教育自学考试社会助学管理试行办法》（考委办〔2010〕1号）中关于高等教育自学考试社会助学组织公告与监督制度的有关规定，进一步增加社会助学机构信息的透明度，加强社会的监督力量，现将2023年在我市进行了备案登记的社会助学机构名单进行公告（详见附件）。</w:t>
      </w:r>
    </w:p>
    <w:p>
      <w:r>
        <w:t>附件：深圳市2023年度自学考试社会助学机构备案登记一览表</w:t>
      </w:r>
    </w:p>
    <w:p>
      <w:r>
        <w:drawing>
          <wp:inline xmlns:a="http://schemas.openxmlformats.org/drawingml/2006/main" xmlns:pic="http://schemas.openxmlformats.org/drawingml/2006/picture">
            <wp:extent cx="6400800" cy="768624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a10b6cc26a576b182b6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6862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771532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183825cdb05c12eff1c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7153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805346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993c4719af487b95f3a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0534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361821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210eb7e116ab80ae51b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18219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11086041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