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cb5df53497f927f9c4bf02fc6f56ea2ad6676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cb5df53497f927f9c4bf02fc6f56ea2ad6676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