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e3d80bdb28745d29ea3bb581f33864e85d644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e3d80bdb28745d29ea3bb581f33864e85d644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