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广东省教育考试院2023年下半年惠州基地办公及生活用品采购项目询价（成交）结果公告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2023-10-19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https://eea.gd.gov.cn/zfcg/content/post_4268725.html</w:t>
        </w:r>
      </w:hyperlink>
    </w:p>
    <w:p/>
    <w:p>
      <w:r>
        <w:t>一、项目编号：YKY20230908053</w:t>
      </w:r>
    </w:p>
    <w:p>
      <w:r>
        <w:t>二、项目名称：广东省教育考试院2023年下半年惠州基地办公及生活用品采购项目</w:t>
      </w:r>
    </w:p>
    <w:p>
      <w:r>
        <w:t>三、中标（成交）信息</w:t>
      </w:r>
    </w:p>
    <w:p>
      <w:r>
        <w:t>供应商名称：广州市展涛文化用品有限公司</w:t>
      </w:r>
    </w:p>
    <w:p>
      <w:r>
        <w:t>供应商地址：广州市荔湾区黄沙后道13号301房N4056</w:t>
      </w:r>
    </w:p>
    <w:p>
      <w:r>
        <w:t>中标（成交）金额：¥265,788.50</w:t>
      </w:r>
    </w:p>
    <w:p>
      <w:r>
        <w:t>四、主要标的信息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blHeader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货物类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名称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货物内容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货物要求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送货时间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服务标准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2023年下半年惠州基地办公及生活用品采购项目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五、服务收费标准及金额：无</w:t>
      </w:r>
    </w:p>
    <w:p>
      <w:r>
        <w:t>六、公告期限</w:t>
      </w:r>
    </w:p>
    <w:p>
      <w:r>
        <w:t>自本公告发布之日起1个工作日。</w:t>
      </w:r>
    </w:p>
    <w:p>
      <w:r>
        <w:t>七、其他补充事宜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广州市展涛文化用品有限公司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265788.60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265788.60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广州市一呼百应供应链有限公司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267983.50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267983.50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广州文客办公网络技术有限公司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268373.43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268373.43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广州胜时信息科技有限公司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282449.70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282449.70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广州市一诺办公用品有限公司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298045.00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298045.00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广州恒都信息技术有限公司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347312.27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347312.27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</w:tbl>
    <w:p/>
    <w:p>
      <w:r>
        <w:t>八、凡对本次公告内容提出询问，请按以下方式联系。</w:t>
      </w:r>
    </w:p>
    <w:p>
      <w:r>
        <w:t>梁老师电话：020-38627732</w:t>
      </w:r>
    </w:p>
    <w:p>
      <w:r>
        <w:t>广东省教育考试院</w:t>
      </w:r>
    </w:p>
    <w:p>
      <w:r>
        <w:t>2023年10月19日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426872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