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温馨提示：2023年度空军招飞预选初检注意事项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2023-01-06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https://szeb.sz.gov.cn/szzkw/zkgg/gkxx/content/post_10372364.html</w:t>
        </w:r>
      </w:hyperlink>
    </w:p>
    <w:p/>
    <w:p>
      <w:pPr>
        <w:keepNext/>
      </w:pPr>
      <w:r>
        <w:t>原图分页 1/4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e6e39c76402f72e3e3755fd56abac9078919fd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2/4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e6e39c76402f72e3e3755fd56abac9078919fd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3/4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e6e39c76402f72e3e3755fd56abac9078919fda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4/4</w:t>
      </w:r>
    </w:p>
    <w:p>
      <w:r>
        <w:drawing>
          <wp:inline xmlns:a="http://schemas.openxmlformats.org/drawingml/2006/main" xmlns:pic="http://schemas.openxmlformats.org/drawingml/2006/picture">
            <wp:extent cx="6400800" cy="507263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e6e39c76402f72e3e3755fd56abac9078919fda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72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来源：深圳第二外国语学校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37236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