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关于2026年全国硕士研究生招生考试深圳市招考办报考点网上确认工作的通知</w:t>
      </w:r>
    </w:p>
    <w:p>
      <w:r>
        <w:rPr>
          <w:sz w:val="18"/>
        </w:rPr>
        <w:t>整理归属  深圳市招生考试办公室</w:t>
      </w:r>
    </w:p>
    <w:p>
      <w:r>
        <w:rPr>
          <w:sz w:val="18"/>
        </w:rPr>
        <w:t>发布日期  2025-10-30</w:t>
      </w:r>
    </w:p>
    <w:p>
      <w:r>
        <w:rPr>
          <w:sz w:val="18"/>
        </w:rPr>
        <w:t>来源  深圳市招生考试办公室官网</w:t>
      </w:r>
    </w:p>
    <w:p>
      <w:r>
        <w:rPr>
          <w:sz w:val="18"/>
        </w:rPr>
        <w:t>栏目  通知公告</w:t>
      </w:r>
    </w:p>
    <w:p>
      <w:r>
        <w:rPr>
          <w:sz w:val="18"/>
        </w:rPr>
        <w:t>存档日期  2026-10-27</w:t>
      </w:r>
    </w:p>
    <w:p>
      <w:r>
        <w:t xml:space="preserve">原文链接  </w:t>
      </w:r>
      <w:hyperlink r:id="rId10">
        <w:r>
          <w:rPr>
            <w:color w:val="18548A"/>
          </w:rPr>
          <w:t>https://szeb.sz.gov.cn/szzkw/qt/tzgg/content/post_12466378.html</w:t>
        </w:r>
      </w:hyperlink>
    </w:p>
    <w:p>
      <w:r>
        <w:t xml:space="preserve">同文来源  </w:t>
      </w:r>
      <w:hyperlink r:id="rId11">
        <w:r>
          <w:rPr>
            <w:color w:val="18548A"/>
          </w:rPr>
          <w:t>https://szeb.sz.gov.cn/szzkw/zkgg/ykxx/content/post_12466372.html</w:t>
        </w:r>
      </w:hyperlink>
    </w:p>
    <w:p/>
    <w:p>
      <w:r>
        <w:t>各有关考生：</w:t>
      </w:r>
    </w:p>
    <w:p>
      <w:r>
        <w:t>根据广东省教育考试院工作安排，2026年全国硕士研究生招生考试网上确认工作将于2025年10月31日开始。现将深圳市招考办报考点（代码4411）确认工作有关事项通知如下：</w:t>
      </w:r>
    </w:p>
    <w:p>
      <w:r>
        <w:t>一、网上确认时间</w:t>
      </w:r>
    </w:p>
    <w:p>
      <w:r>
        <w:t>首次上传材料时间为2025年10月31日上午9：00至11月5日中午12：00。审核不通过的考生，重新补充上传材料截止时间为2025年11月5日下午4：00。</w:t>
      </w:r>
    </w:p>
    <w:p>
      <w:r>
        <w:t>请考生按要求的时间进行操作，及时查看审核结果。若审核不通过，请按时补充上传材料。</w:t>
      </w:r>
    </w:p>
    <w:p>
      <w:r>
        <w:t>二、网上确认流程</w:t>
      </w:r>
    </w:p>
    <w:p>
      <w:r>
        <w:t>（一）登录中国研究生招生信息网（以下简称“研招网”），网址：https://yz.chsi.com.cn/。</w:t>
      </w:r>
    </w:p>
    <w:p>
      <w:r>
        <w:t>（二）进入网上确认系统。</w:t>
      </w:r>
    </w:p>
    <w:p>
      <w:r>
        <w:t>1.按要求确认报名信息。认真阅读报考点“网报公告”，签署《诚信考试承诺书》，确认网上报名信息，准确填写身份证有效期。</w:t>
      </w:r>
    </w:p>
    <w:p>
      <w:r>
        <w:t>2.按要求上传相应材料。依次上传准考证照片、手持身份证照片、其他补充材料（材料要求详见附件）。提交成功后，等待报考点网上审核。</w:t>
      </w:r>
    </w:p>
    <w:p>
      <w:r>
        <w:t>3.查阅网上确认审核结果。上传材料提交成功后，请考生及时查阅审核结果（可关注学信网“站内信”或学信网公众号并绑定微信账号，接收微信消息提醒）。如提示“审核通过”，则报名成功；如提示“待补充材料”，考生须根据提示内容在规定时间内补传材料，逾期未补的，则报名不成功，不能参加考试。</w:t>
      </w:r>
    </w:p>
    <w:p>
      <w:r>
        <w:t>三、注意事项</w:t>
      </w:r>
    </w:p>
    <w:p>
      <w:r>
        <w:t>（一）网上报名成功的考生必须在研招网进行网上确认，未确认的视为报名不成功。</w:t>
      </w:r>
    </w:p>
    <w:p>
      <w:r>
        <w:t>（二）网上确认只接受网上报名成功且已缴费的考生，未缴费的不予确认。</w:t>
      </w:r>
    </w:p>
    <w:p>
      <w:r>
        <w:t>（三）上传的材料图片须边缘完整、清晰可辨，如模糊、无法辨认的，将无法通过审核。</w:t>
      </w:r>
    </w:p>
    <w:p>
      <w:r>
        <w:t>（四）考生上传的材料必须真实有效，否则造成的一切后果，由考生本人承担。</w:t>
      </w:r>
    </w:p>
    <w:p>
      <w:r>
        <w:t>（五）深圳大学报考点（代码4427）、南方科技大学报考点（代码4429）相关网上确认事项，请查看各报考点网站通知公告。</w:t>
      </w:r>
    </w:p>
    <w:p>
      <w:r>
        <w:t>深圳市招生考试办公室</w:t>
      </w:r>
    </w:p>
    <w:p>
      <w:r>
        <w:t>2025年10月30日</w:t>
      </w:r>
    </w:p>
    <w:p>
      <w:r>
        <w:t>（深圳市招考办地址：罗湖区泥岗西路1068号，咨询电话：0755—82181999，工作时间:上午9：00—12：00,下午2：00—6：00）</w:t>
      </w:r>
    </w:p>
    <w:p>
      <w:r>
        <w:t>附件.2026年全国硕士研究生招生考试深圳市招考办报考点（代码4411）网上确认上传材料要求</w:t>
      </w:r>
    </w:p>
    <w:p>
      <w:r>
        <w:t>符合深圳市招考办报考点（代码4411）报名条件的考生，网上确认上传的材料必须真实有效，否则造成的一切后果，由考生本人承担。网上确认上传材料要求如下：</w:t>
      </w:r>
    </w:p>
    <w:p>
      <w:r>
        <w:t>一、准考证照片（近期免冠彩色证件照）</w:t>
      </w:r>
    </w:p>
    <w:p>
      <w:r>
        <w:t>本人近三个月内正面、免冠、无妆、彩色电子证件照（白色或浅蓝色背景，用于准考证照片）,宽高比例3:4，坐姿端正，双眼自然睁开并平视，耳朵对称，左右肩膀平衡，头部和肩部要端正且不能过大或过小，需占整个照片的比例为2/3。JPG格式，照片大小10M以内。严禁对照片进行修图，不得拿照片翻拍，不得上传复印件。未按要求上传的，审核将不予通过。</w:t>
      </w:r>
    </w:p>
    <w:p>
      <w:r>
        <w:t>拍摄时，不得化妆，不得佩戴眼镜、隐形眼镜、美瞳；照明光线均匀，脸部无高光、无阴影、光斑、红眼等；头发不得遮挡脸部或造成阴影，要露出五官，并能如实地反映本人近期相貌。</w:t>
      </w:r>
    </w:p>
    <w:p>
      <w:r>
        <w:t>二、手持身份证照片</w:t>
      </w:r>
    </w:p>
    <w:p>
      <w:r>
        <w:t>本人手持身份证原件的人像面拍照，人像和证件同框，须确保身份证边框完整（没有被遮挡或者被手指捏住），证件照字迹清晰可见，亮度均匀。</w:t>
      </w:r>
    </w:p>
    <w:p>
      <w:r>
        <w:t>三、户籍或社保证明</w:t>
      </w:r>
    </w:p>
    <w:p>
      <w:r>
        <w:t>非深户或未在深圳参加社保的考生按以下要求上传材料（深圳户籍或在深圳参加社保的考生无需上传）：</w:t>
      </w:r>
    </w:p>
    <w:p>
      <w:r>
        <w:t>1.广东省内户籍的考生：上传户口本个人页。</w:t>
      </w:r>
    </w:p>
    <w:p>
      <w:r>
        <w:t>2.广东省外户籍的考生：在广东省内工作的往届生上传在粤参加社保证明（可登录广东政务服务网下载），在广东省境内就读的应届本科毕业生（含省内普通高校、成人高校、普通高校举办的成人高等学历教育、教学点在广东省内的成人高校）上传学生证，报考广东省境内招生单位的在粤实习应届本科毕业生上传实习证明（加盖实习单位公章）。</w:t>
      </w:r>
    </w:p>
    <w:p>
      <w:r>
        <w:t>3.港澳考生：上传港澳身份证。</w:t>
      </w:r>
    </w:p>
    <w:p>
      <w:r>
        <w:t>4.军人：上传所在部队开具的同意报考证明。</w:t>
      </w:r>
    </w:p>
    <w:p>
      <w:r>
        <w:t>四、学籍学历材料</w:t>
      </w:r>
    </w:p>
    <w:p>
      <w:r>
        <w:t>未通过学历（学籍）网上校验的考生按以下要求上传材料（已通过网上校验的考生无需上传）：</w:t>
      </w:r>
    </w:p>
    <w:p>
      <w:r>
        <w:t>1.已取得毕业证的考生（含普通高校全日制、成人高校、自学考试、网络教育等）上传毕业证，毕业证丢失的考生上传毕业证明书或教育部学历证书电子注册备案表。</w:t>
      </w:r>
    </w:p>
    <w:p>
      <w:r>
        <w:t>2.应届普通高校本科、非全日制成人高校本科毕业生上传学生证（翻开内页拍照，需有考生照片、姓名、学校名称、入学时间等内容），学生证丢失的考生上传就读学校出具的在读证明或教育部学籍在线验证报告。尚未取得高等教育自学考试毕业证的考生上传自学考试准考证或高等教育自学考试考生信息简表。</w:t>
      </w:r>
    </w:p>
    <w:p>
      <w:r>
        <w:t>3.取得境外学历的考生上传毕业证或教育部留学服务中心出具的国外学历学位认证书。</w:t>
      </w:r>
    </w:p>
    <w:p>
      <w:r>
        <w:t>五、退役大学生士兵材料</w:t>
      </w:r>
    </w:p>
    <w:p>
      <w:r>
        <w:t>退役大学生士兵上传入伍证明书、退出现役证明。</w:t>
      </w:r>
    </w:p>
    <w:p>
      <w:r>
        <w:t>六、身份核验未通过所需补充材料</w:t>
      </w:r>
    </w:p>
    <w:p>
      <w:r>
        <w:t>身份核验未通过的考生须在确认系统“上传证件照片”栏按要求上传本人身份证件。</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szeb.sz.gov.cn/szzkw/qt/tzgg/content/post_12466378.html" TargetMode="External"/><Relationship Id="rId11" Type="http://schemas.openxmlformats.org/officeDocument/2006/relationships/hyperlink" Target="https://szeb.sz.gov.cn/szzkw/zkgg/ykxx/content/post_12466372.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