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9df230acaf9e924ac72784daaf1549264ee73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9df230acaf9e924ac72784daaf1549264ee73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