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广东省2023年普通高校招生录取工作日程表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2023-07-07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https://eea.gd.gov.cn/ptgk/content/post_4214410.html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2d684751c27f2747ef7e2aa6350101824c8efe4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767127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2d684751c27f2747ef7e2aa6350101824c8efe4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7671279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214410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