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关于公布2022年第二次普通高中学业水平合格性考试成绩的通知</w:t>
      </w:r>
    </w:p>
    <w:p>
      <w:r>
        <w:rPr>
          <w:sz w:val="18"/>
        </w:rPr>
        <w:t>整理归属  广东省教育考试院</w:t>
      </w:r>
    </w:p>
    <w:p>
      <w:r>
        <w:rPr>
          <w:sz w:val="18"/>
        </w:rPr>
        <w:t>发布日期  2022-08-26</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https://eea.gd.gov.cn/gzxk/content/post_4001590.html</w:t>
        </w:r>
      </w:hyperlink>
    </w:p>
    <w:p>
      <w:r>
        <w:t xml:space="preserve">同文来源  </w:t>
      </w:r>
      <w:hyperlink r:id="rId11">
        <w:r>
          <w:rPr>
            <w:color w:val="18548A"/>
          </w:rPr>
          <w:t>https://eea.gd.gov.cn/tzgg/content/post_4001589.html</w:t>
        </w:r>
      </w:hyperlink>
    </w:p>
    <w:p/>
    <w:p>
      <w:r>
        <w:t>各地级以上市招生办公室（考试中心、考试院）：</w:t>
      </w:r>
    </w:p>
    <w:p>
      <w:r>
        <w:t>我省2022年第二次普通高中学业水平合格性考试（以下简称高中学考）评卷工作已全部完成，现将考试成绩公布有关事宜通知如下：</w:t>
      </w:r>
    </w:p>
    <w:p>
      <w:r>
        <w:t>一、成绩公布时间和方式</w:t>
      </w:r>
    </w:p>
    <w:p>
      <w:r>
        <w:t>我院将于2022年9月2日10:00起发布2022年第二次高中学考成绩，考生可通过广东省教育考试院官微（ID：gdsksy）小程序、百度智能小程序或通过“广东招考在线”小程序查询成绩。9月28日10:00起，考生可以通过省教育考试院官微小程序、百度智能小程序自行下载并打印2022年第二次高中学考成绩证书。学考成绩公布和复查方式见附件1。</w:t>
      </w:r>
    </w:p>
    <w:p>
      <w:r>
        <w:t>二、成绩呈现</w:t>
      </w:r>
    </w:p>
    <w:p>
      <w:r>
        <w:t>根据《广东省教育厅关于印发广东省普通高中学业水平考试实施办法的通知》（粤教考〔2019〕18号），高中学考成绩公布</w:t>
      </w:r>
    </w:p>
    <w:p>
      <w:r>
        <w:t>（查询）将以“等级”“分数”形式呈现，成绩证书将以“合格/不合格”“等级”呈现。合格性考试等级成绩，位次由高到低分A、B、C、D、E五个等级。A—D等级为合格，E等级为不合格。</w:t>
      </w:r>
    </w:p>
    <w:p>
      <w:r>
        <w:t>三、成绩复查程序和方式</w:t>
      </w:r>
    </w:p>
    <w:p>
      <w:r>
        <w:t>（一）申请复查。考生在获得考试成绩后，如对本人当次考试某科成绩有疑问，可于9月7日17:00前携带准考证,到所在中学或当地县（市、区）招生办公室（考试中心）提出复查分数的书面申请，填写《2022年第二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9月9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普通高中学业水平考试成绩是高校招生录取依据之一，各中学要提醒考生在指定的时间尽快通过省教育考试院官微小程序或百度智能小程序下载成绩证书后自行打印，并妥善保管本人的普通高中学业水平考试成绩证书（含电子版）。如因出国留学等需要，可以申请开具成绩证明，相关要求和流程见广东教育考试服务网（网址：https://www.eesc.com.cn/）证明办理栏目相关公告。</w:t>
      </w:r>
    </w:p>
    <w:p>
      <w:r>
        <w:t>五、成绩转出办法</w:t>
      </w:r>
    </w:p>
    <w:p>
      <w:r>
        <w:t>根据《教育部关于取消一批证明事项的通知》（教政法函〔2019〕12号），外省户籍考生在我省高中阶段学校读书期间参加我省组织的普通高中学业水平合格性考试所取得的成绩转出我省，将不再进行审核，不再出具“普通高中学业水平考试成绩证明书”。成绩转出我省的考生可凭普通高中学业水平合格性考试成绩证书（含电子版）将成绩转出我省，也可在广东省教育考试院网站首页“考试招生”条目进入“普通高中学业水平考试-考生成绩转出”（网址：http://www.eeagd.edu.cn/xyspzc），凭考生号和密码查询考试成绩。</w:t>
      </w:r>
    </w:p>
    <w:p>
      <w:r>
        <w:t>六、考生号或密码遗忘找回办法</w:t>
      </w:r>
    </w:p>
    <w:p>
      <w:r>
        <w:t>考生密码遗忘，可通过广东省普通高考/学考报名系统的考生端(https://pg.eeagd.edu.cn/ks）凭手机短信验证码进行密码重置；如需更改手机号码，可在报名系统中凭原手机号码获取验证码进行手机号码更改；如因手机号码已经注销或注册时填错手机号码等原因导致无法接收验证码，则需到报名点或县、市招考机构进行手机号码解绑和密码重置</w:t>
      </w:r>
    </w:p>
    <w:p>
      <w:r>
        <w:t>附件：1.广东省2022年第二次普通高中学业水平考试成绩查询方式</w:t>
      </w:r>
    </w:p>
    <w:p>
      <w:r>
        <w:t>2.广东省2022年第二次普通高中学业水平考试考生成绩复查申请登记表</w:t>
      </w:r>
    </w:p>
    <w:p>
      <w:r>
        <w:t>广东省教育考试院</w:t>
      </w:r>
    </w:p>
    <w:p>
      <w:r>
        <w:t>2022年8月22日</w:t>
      </w:r>
    </w:p>
    <w:p>
      <w:r>
        <w:t>附件1</w:t>
      </w:r>
    </w:p>
    <w:p>
      <w:r>
        <w:t>广东省2022年第二次普通高中学业水平</w:t>
      </w:r>
    </w:p>
    <w:p>
      <w:r>
        <w:t>合格性考试成绩查询方式</w:t>
      </w:r>
    </w:p>
    <w:p>
      <w:r>
        <w:t>一、官微小程序查询方式</w:t>
      </w:r>
    </w:p>
    <w:p>
      <w:r>
        <w:t>考生于9月2日10:00起，登录广东省教育考试院官方微信（ID：gdsksy），点击“小程序”，选择“考试成绩”查询成绩；9月28日10:00起，登录广东省教育考试院官方微信（ID：gdsksy），点击“小程序”，选择“证书打印”可下载、自行打印成绩证书。</w:t>
      </w:r>
    </w:p>
    <w:p>
      <w:r>
        <w:t>二、百度小程序查询方式</w:t>
      </w:r>
    </w:p>
    <w:p>
      <w:r>
        <w:t>考生于9月2日10:00起，通过百度App搜索“广东省教育考试院”，打开“广东省教育考试院—智能小程序”，点击“考试成绩”，输入考生号和密码登录查询成绩。9月28日10:00起，通过百度App打开“广东省教育考试院-智能小程序”，点击“证书打印”，通过考生号和密码登录，可下载成绩证书并自行打印。</w:t>
      </w:r>
    </w:p>
    <w:p>
      <w:r>
        <w:t>三、“广东招考在线”小程序查询方式</w:t>
      </w:r>
    </w:p>
    <w:p>
      <w:r>
        <w:t>考生于9月2日10:00起，通过微信搜索进入“广东招考在线”小程序，点击“成绩查询”，选择考生对应的考试类别，按指引查询考试成绩。</w:t>
      </w:r>
    </w:p>
    <w:p>
      <w:r>
        <w:t>附件2.广东省2022年第二次普通高中学业水平考试考生成绩复查申请登记表</w:t>
      </w:r>
    </w:p>
    <w:p>
      <w:pPr>
        <w:pStyle w:val="Heading1"/>
      </w:pPr>
      <w:r>
        <w:t>附件及下载链接</w:t>
      </w:r>
    </w:p>
    <w:p>
      <w:hyperlink r:id="rId12">
        <w:r>
          <w:rPr>
            <w:color w:val="18548A"/>
          </w:rPr>
          <w:t>广东省2022年第二次普通高中学业水平考试考生成绩复查申请登记表</w:t>
        </w:r>
      </w:hyperlink>
    </w:p>
    <w:p>
      <w:r>
        <w:rPr>
          <w:sz w:val="16"/>
        </w:rPr>
        <w:t>https://eea.gd.gov.cn/attachment/0/498/498733/4001590.docx</w:t>
      </w:r>
    </w:p>
    <w:p>
      <w:pPr>
        <w:pStyle w:val="Heading1"/>
      </w:pPr>
      <w:r>
        <w:t>正文相关链接</w:t>
      </w:r>
    </w:p>
    <w:p>
      <w:hyperlink r:id="rId13">
        <w:r>
          <w:rPr>
            <w:color w:val="18548A"/>
          </w:rPr>
          <w:t>广东省2022年第二次普通高中学业水平考试考生成绩复查申请登记表</w:t>
        </w:r>
      </w:hyperlink>
    </w:p>
    <w:p>
      <w:r>
        <w:t>https://eea.gd.gov.cn/attachment/0/498/498733/4001589.docx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001590.html" TargetMode="External"/><Relationship Id="rId11" Type="http://schemas.openxmlformats.org/officeDocument/2006/relationships/hyperlink" Target="https://eea.gd.gov.cn/tzgg/content/post_4001589.html" TargetMode="External"/><Relationship Id="rId12" Type="http://schemas.openxmlformats.org/officeDocument/2006/relationships/hyperlink" Target="https://eea.gd.gov.cn/attachment/0/498/498733/4001590.docx" TargetMode="External"/><Relationship Id="rId13" Type="http://schemas.openxmlformats.org/officeDocument/2006/relationships/hyperlink" Target="https://eea.gd.gov.cn/attachment/0/498/498733/400158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