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广东省2026年下半年中小学教师资格考试笔试考前温馨提醒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https://eea.gd.gov.cn/shks/content/post_4954456.html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https://eea.gd.gov.cn/news/content/post_4954594.html</w:t>
        </w:r>
      </w:hyperlink>
    </w:p>
    <w:p/>
    <w:p>
      <w:r>
        <w:t>2026年下半年广东省中小学教师资格考试笔试将于9月12日举行，提醒广大考生注意以下事项：</w:t>
      </w:r>
    </w:p>
    <w:p>
      <w:r>
        <w:t>一、带齐证件，按时应考。考生须持《准考证》和有效期内的居民身份证/港澳台居民居住证/港澳居民来往内地通行证/台湾居民来往大陆通行证进入考场，请确保“两证”齐全，信息一致。</w:t>
      </w:r>
    </w:p>
    <w:p>
      <w:r>
        <w:t>二、有序入场，配合安检。我省各考点使用人脸识别、智能安检、金属探测等多重方式进行考生入场检查，考生须配合检查。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三、遵守纪律，诚信考试。考生只可携带必要的文具进入考场，如黑色签字笔、2B铅笔、尺子、橡皮等。禁止携带书籍、资料、计算器、包等物品，特别是具有拍摄、发送、接收及处理信息功能的电子设备（无论是否关机）。禁止在《准考证》上书写任何除原在线打印内容以外的文字。离开考场时，不准携带试卷、答题卡或草稿纸离场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四、合理安排时间，从容赴考。考试当天，请考生根据天气情况做好相应的防护，确保安全赴考。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按照《广东省中小学教师资格考试笔试考生须知》（见附件），遵守考场纪律，不提前作答，不延后交卷，不影响考场秩序，诚信赴考，切勿发生违纪作弊行为。预祝各位考生考试顺利，取得好成绩！</w:t>
      </w:r>
    </w:p>
    <w:p>
      <w:r>
        <w:t>附件：广东省中小学教师资格考试笔试考生须知</w:t>
      </w:r>
    </w:p>
    <w:p>
      <w:r>
        <w:t>附件</w:t>
      </w:r>
    </w:p>
    <w:p>
      <w:r>
        <w:t>广东省中小学教师资格考试笔试考生须知</w:t>
      </w:r>
    </w:p>
    <w:p>
      <w:r>
        <w:t>（一）考生开考前30分钟，持《准考证》、有效期内的居民身份证/港澳台居民居住证/港澳居民来往内地通行证/台湾居民来往大陆通行证（5年有效期）进入考场，“两证”缺一不可。如《准考证》上的“姓名”和“身份证号”信息与所持规定证件上不一致，不得参加考试。</w:t>
      </w:r>
    </w:p>
    <w:p>
      <w:r>
        <w:t>（二）考生只准携带必要的考试文具进入考场（如：黑色签字笔、铅笔、尺子、橡皮等），不得携带书籍、资料、草稿纸、计算器、包等物品。非全透明材料的笔盒（袋）或水杯，须接受考场工作人员检查。严禁携带具有拍摄、发送、接收及处理信息功能的电子设备（如：手机、耳机、智能手表、智能眼镜、智能手环等），如有违反，按照违规处理。</w:t>
      </w:r>
    </w:p>
    <w:p>
      <w:r>
        <w:t>（三）考生入场后，应对号入座，保持安静，遵守考场纪律，并将本人的准考证、有效期内的居民身份证/港澳台居民居住证/港澳居民来往内地通行证/台湾居民来往大陆通行证（5年有效期）放在课桌的指定位置，接受监考员核对。</w:t>
      </w:r>
    </w:p>
    <w:p>
      <w:r>
        <w:t>（四）考生拿到试卷、答题卡后，先核对试卷与自己报考的科目是否相符。如不符，应立即举手向监考员说明情况；如相符，应在指定位置填写个人信息（姓名、准考证号、座位号、诚信考试承诺等）。</w:t>
      </w:r>
    </w:p>
    <w:p>
      <w:r>
        <w:t>（五）考生须在考试正式开始指令发出后才能开始作答，并在考试结束指令发出时立刻停止作答，提前或延后答卷均属违纪行为。</w:t>
      </w:r>
    </w:p>
    <w:p>
      <w:r>
        <w:t>（六）根据国家有关法律规定，除外语科目外，考生应使用国家通用语言文字进行作答，使用其他语言文字作答无效。</w:t>
      </w:r>
    </w:p>
    <w:p>
      <w:r>
        <w:t>（七）考生须在答题卡各题目规定的答题区域内作答，错答区域或者超出规定区域的作答内容无效。</w:t>
      </w:r>
    </w:p>
    <w:p>
      <w:r>
        <w:t>（八）考生笔试迟到15分钟不得进入考场参加考试，考试结束前30分钟，方可交卷离开考场。提前离场考生须在考点指定休息区域停留，考试结束后方可离开考点。如遇特殊原因，须经监考员请示主考同意后方可提前离开考场，考生出场后不得重返考场。</w:t>
      </w:r>
    </w:p>
    <w:p>
      <w:r>
        <w:t>（九）试卷分发、装订错误或试题字迹印刷不清时可举手向监考员反映。凡涉及试题内容的，监考员一律不予解答。</w:t>
      </w:r>
    </w:p>
    <w:p>
      <w:r>
        <w:t>（十）考生填涂答题卡时，姓名、准考证号、座位号、诚信考试承诺及非选择题部分用黑色签字笔书写，选择题及选做题信息点用2B铅笔填涂，严禁使用涂改液、胶带纸、修正带。</w:t>
      </w:r>
    </w:p>
    <w:p>
      <w:r>
        <w:t>（十一）考试结束后，考生须立即停止答题，待监考员允许后方可离开考场。考生离开考场时，不准将试卷、答题卡、草稿纸带离考场。离开考场后，不准在考场附近逗留和交谈。</w:t>
      </w:r>
    </w:p>
    <w:p>
      <w:r>
        <w:t>（十二）考生应自觉服从监考员管理，不得以任何理由妨碍监考员正常工作。考生如有违纪、作弊等行为，将按照《教师资格条例》《国家教育考试违规处理办法》等规定进行处理。有作弊情形的将依据《教师资格条例》的相关规定3年内禁止参加教师资格考试。如情节严重、触犯刑法，将报送公安部门，依法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954456.html" TargetMode="External"/><Relationship Id="rId11" Type="http://schemas.openxmlformats.org/officeDocument/2006/relationships/hyperlink" Target="https://eea.gd.gov.cn/news/content/post_49545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