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深圳市招生考试办公室信息系统安全等级保护测评服务中标公告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https://szeb.sz.gov.cn/szzkw/qtxx/content/post_8948956.html</w:t>
        </w:r>
      </w:hyperlink>
    </w:p>
    <w:p/>
    <w:p>
      <w:r>
        <w:t>一、项目编号：0658-20711A30649</w:t>
      </w:r>
    </w:p>
    <w:p>
      <w:r>
        <w:t>二、项目名称：深圳市招生考试办公室信息系统安全等级保护测评服务</w:t>
      </w:r>
    </w:p>
    <w:p>
      <w:r>
        <w:t>三、投标供应商名称及报价：</w:t>
      </w:r>
    </w:p>
    <w:p>
      <w:r>
        <w:drawing>
          <wp:inline xmlns:a="http://schemas.openxmlformats.org/drawingml/2006/main" xmlns:pic="http://schemas.openxmlformats.org/drawingml/2006/picture">
            <wp:extent cx="6400800" cy="21417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fbc5d62718e5fe5f4e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417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四、候选中标供应商名单：</w:t>
      </w:r>
    </w:p>
    <w:p>
      <w:r>
        <w:t>1、深圳市网安计算机安全检测技术有限公司</w:t>
      </w:r>
    </w:p>
    <w:p>
      <w:r>
        <w:t>2、广州竞远安全技术股份有限公司</w:t>
      </w:r>
    </w:p>
    <w:p>
      <w:r>
        <w:t>3、浙江东安检测技术有限公司</w:t>
      </w:r>
    </w:p>
    <w:p>
      <w:r>
        <w:t>五、中标信息</w:t>
      </w:r>
    </w:p>
    <w:p>
      <w:r>
        <w:t>1、供应商名称：深圳市网安计算机安全检测技术有限公司</w:t>
      </w:r>
    </w:p>
    <w:p>
      <w:r>
        <w:t>2、供应商地址：深圳市南山区桃源街道学苑大道1001号南山智园C1栋13楼</w:t>
      </w:r>
    </w:p>
    <w:p>
      <w:r>
        <w:t>3、中标金额：人民币贰拾玖万贰仟元整（￥292,000.00）</w:t>
      </w:r>
    </w:p>
    <w:p>
      <w:r>
        <w:t>六、主要标的信息：</w:t>
      </w:r>
    </w:p>
    <w:p>
      <w:r>
        <w:drawing>
          <wp:inline xmlns:a="http://schemas.openxmlformats.org/drawingml/2006/main" xmlns:pic="http://schemas.openxmlformats.org/drawingml/2006/picture">
            <wp:extent cx="6400800" cy="33966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81c1056f20a18bec1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96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七、评标委员会成员名单：</w:t>
      </w:r>
    </w:p>
    <w:p>
      <w:r>
        <w:t>金建、陶伟宏、王建华、蔡学军、陈树鑫</w:t>
      </w:r>
    </w:p>
    <w:p>
      <w:r>
        <w:t>八、代理服务收费标准及金额：</w:t>
      </w:r>
    </w:p>
    <w:p>
      <w:r>
        <w:t>收费标准：深财购[2018]27号文及招标文件约定；收费金额：￥8000元。</w:t>
      </w:r>
    </w:p>
    <w:p>
      <w:r>
        <w:t>九、公示期限</w:t>
      </w:r>
    </w:p>
    <w:p>
      <w:r>
        <w:t>2020年07月31日至2020年08月05日</w:t>
      </w:r>
    </w:p>
    <w:p>
      <w:r>
        <w:t>十、其他补充事宜</w:t>
      </w:r>
    </w:p>
    <w:p>
      <w:r>
        <w:t>无。</w:t>
      </w:r>
    </w:p>
    <w:p>
      <w:r>
        <w:t>十一、凡对本次公示内容提出询问，请按以下方式联系。</w:t>
      </w:r>
    </w:p>
    <w:p>
      <w:r>
        <w:t>1、采购人信息</w:t>
      </w:r>
    </w:p>
    <w:p>
      <w:r>
        <w:t>名称：深圳市招生考试办公室</w:t>
      </w:r>
    </w:p>
    <w:p>
      <w:r>
        <w:t>地址：深圳市罗湖区泥岗西路1068号</w:t>
      </w:r>
    </w:p>
    <w:p>
      <w:r>
        <w:t>联系方式：陈老师、0755-82341974</w:t>
      </w:r>
    </w:p>
    <w:p>
      <w:r>
        <w:t>2、采购代理机构信息</w:t>
      </w:r>
    </w:p>
    <w:p>
      <w:r>
        <w:t>名称：深圳市国际招标有限公司</w:t>
      </w:r>
    </w:p>
    <w:p>
      <w:r>
        <w:t>地址：深圳市南山区沙河西路与白石路交汇处深圳湾科技生态园9栋B4座6座</w:t>
      </w:r>
    </w:p>
    <w:p>
      <w:r>
        <w:t>联系方式：0755-83521978</w:t>
      </w:r>
    </w:p>
    <w:p>
      <w:r>
        <w:t>3、项目联系方式</w:t>
      </w:r>
    </w:p>
    <w:p>
      <w:r>
        <w:t>项目联系人：黄工、廖工</w:t>
      </w:r>
    </w:p>
    <w:p>
      <w:r>
        <w:t>联系电话：0755-83521979、13928460126、0755-83521978</w:t>
      </w:r>
    </w:p>
    <w:p>
      <w:r>
        <w:t>深圳市国际招标有限公司</w:t>
      </w:r>
    </w:p>
    <w:p>
      <w:r>
        <w:t>2020年07月31日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5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