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最全！一图读懂2020年《政府工作报告》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2020-05-22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https://szeb.sz.gov.cn/szzkw/qtxx/content/post_8948966.html</w:t>
        </w:r>
      </w:hyperlink>
    </w:p>
    <w:p/>
    <w:p>
      <w:r>
        <w:t>最全版来啦！</w:t>
      </w:r>
    </w:p>
    <w:p>
      <w:r>
        <w:t>2020年《政府工作报告》一图全读懂</w:t>
      </w:r>
    </w:p>
    <w:p>
      <w:r>
        <w:t>快些收藏</w:t>
      </w:r>
    </w:p>
    <w:p>
      <w:pPr>
        <w:keepNext/>
      </w:pPr>
      <w:r>
        <w:t>原图分页 1/7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c7fd18664a78c1f40da883d1e1c2f6bef0276d5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c7fd18664a78c1f40da883d1e1c2f6bef0276d5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c7fd18664a78c1f40da883d1e1c2f6bef0276d5-0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c7fd18664a78c1f40da883d1e1c2f6bef0276d5-00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c7fd18664a78c1f40da883d1e1c2f6bef0276d5-00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c7fd18664a78c1f40da883d1e1c2f6bef0276d5-005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7/7</w:t>
      </w:r>
    </w:p>
    <w:p>
      <w:r>
        <w:drawing>
          <wp:inline xmlns:a="http://schemas.openxmlformats.org/drawingml/2006/main" xmlns:pic="http://schemas.openxmlformats.org/drawingml/2006/picture">
            <wp:extent cx="6400800" cy="6272784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c7fd18664a78c1f40da883d1e1c2f6bef0276d5-006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272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1/8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78f516a6916b9043ec48f5379c0e72486f39da5-00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78f516a6916b9043ec48f5379c0e72486f39da5-00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78f516a6916b9043ec48f5379c0e72486f39da5-002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78f516a6916b9043ec48f5379c0e72486f39da5-003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78f516a6916b9043ec48f5379c0e72486f39da5-004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78f516a6916b9043ec48f5379c0e72486f39da5-005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7/8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78f516a6916b9043ec48f5379c0e72486f39da5-006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8/8</w:t>
      </w:r>
    </w:p>
    <w:p>
      <w:r>
        <w:drawing>
          <wp:inline xmlns:a="http://schemas.openxmlformats.org/drawingml/2006/main" xmlns:pic="http://schemas.openxmlformats.org/drawingml/2006/picture">
            <wp:extent cx="6400800" cy="5392674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78f516a6916b9043ec48f5379c0e72486f39da5-007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926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1/7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4867f88f1c344d54b0a192fc02263e941f48a1e-000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4867f88f1c344d54b0a192fc02263e941f48a1e-001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4867f88f1c344d54b0a192fc02263e941f48a1e-002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4867f88f1c344d54b0a192fc02263e941f48a1e-003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4867f88f1c344d54b0a192fc02263e941f48a1e-004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4867f88f1c344d54b0a192fc02263e941f48a1e-005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7/7</w:t>
      </w:r>
    </w:p>
    <w:p>
      <w:r>
        <w:drawing>
          <wp:inline xmlns:a="http://schemas.openxmlformats.org/drawingml/2006/main" xmlns:pic="http://schemas.openxmlformats.org/drawingml/2006/picture">
            <wp:extent cx="6400800" cy="572071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4867f88f1c344d54b0a192fc02263e941f48a1e-006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7207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1/7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f63d83bc88ee2f94f138389b68afcb7b189f49-000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f63d83bc88ee2f94f138389b68afcb7b189f49-001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f63d83bc88ee2f94f138389b68afcb7b189f49-002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f63d83bc88ee2f94f138389b68afcb7b189f49-003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f63d83bc88ee2f94f138389b68afcb7b189f49-004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f63d83bc88ee2f94f138389b68afcb7b189f49-005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7/7</w:t>
      </w:r>
    </w:p>
    <w:p>
      <w:r>
        <w:drawing>
          <wp:inline xmlns:a="http://schemas.openxmlformats.org/drawingml/2006/main" xmlns:pic="http://schemas.openxmlformats.org/drawingml/2006/picture">
            <wp:extent cx="6400800" cy="112014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f63d83bc88ee2f94f138389b68afcb7b189f49-006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120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1/7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780fe192b68e50074722188c16629ce57c7e3db-000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780fe192b68e50074722188c16629ce57c7e3db-001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780fe192b68e50074722188c16629ce57c7e3db-002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780fe192b68e50074722188c16629ce57c7e3db-003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780fe192b68e50074722188c16629ce57c7e3db-004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6/7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780fe192b68e50074722188c16629ce57c7e3db-005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7/7</w:t>
      </w:r>
    </w:p>
    <w:p>
      <w:r>
        <w:drawing>
          <wp:inline xmlns:a="http://schemas.openxmlformats.org/drawingml/2006/main" xmlns:pic="http://schemas.openxmlformats.org/drawingml/2006/picture">
            <wp:extent cx="6400800" cy="6472809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780fe192b68e50074722188c16629ce57c7e3db-006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728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1/8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764e60025be30e71a1bb21091bc156ae34105e1-000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764e60025be30e71a1bb21091bc156ae34105e1-001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764e60025be30e71a1bb21091bc156ae34105e1-002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764e60025be30e71a1bb21091bc156ae34105e1-003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764e60025be30e71a1bb21091bc156ae34105e1-004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764e60025be30e71a1bb21091bc156ae34105e1-005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7/8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764e60025be30e71a1bb21091bc156ae34105e1-006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8/8</w:t>
      </w:r>
    </w:p>
    <w:p>
      <w:r>
        <w:drawing>
          <wp:inline xmlns:a="http://schemas.openxmlformats.org/drawingml/2006/main" xmlns:pic="http://schemas.openxmlformats.org/drawingml/2006/picture">
            <wp:extent cx="6400800" cy="5872734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764e60025be30e71a1bb21091bc156ae34105e1-007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8727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1/8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248e7ce7eaa8ed362bd7e3bc6d4d8d75c5607fd-000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248e7ce7eaa8ed362bd7e3bc6d4d8d75c5607fd-001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248e7ce7eaa8ed362bd7e3bc6d4d8d75c5607fd-002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248e7ce7eaa8ed362bd7e3bc6d4d8d75c5607fd-003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248e7ce7eaa8ed362bd7e3bc6d4d8d75c5607fd-004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248e7ce7eaa8ed362bd7e3bc6d4d8d75c5607fd-005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7/8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248e7ce7eaa8ed362bd7e3bc6d4d8d75c5607fd-006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8/8</w:t>
      </w:r>
    </w:p>
    <w:p>
      <w:r>
        <w:drawing>
          <wp:inline xmlns:a="http://schemas.openxmlformats.org/drawingml/2006/main" xmlns:pic="http://schemas.openxmlformats.org/drawingml/2006/picture">
            <wp:extent cx="6400800" cy="624078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248e7ce7eaa8ed362bd7e3bc6d4d8d75c5607fd-007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2407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1/6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f4e04b314e7ccc32678993996e930cea0424af0-000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2/6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f4e04b314e7ccc32678993996e930cea0424af0-001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3/6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f4e04b314e7ccc32678993996e930cea0424af0-002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4/6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f4e04b314e7ccc32678993996e930cea0424af0-003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5/6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f4e04b314e7ccc32678993996e930cea0424af0-004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6/6</w:t>
      </w:r>
    </w:p>
    <w:p>
      <w:r>
        <w:drawing>
          <wp:inline xmlns:a="http://schemas.openxmlformats.org/drawingml/2006/main" xmlns:pic="http://schemas.openxmlformats.org/drawingml/2006/picture">
            <wp:extent cx="6400800" cy="6904863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f4e04b314e7ccc32678993996e930cea0424af0-005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9048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1/6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76b991eb4d4815b8a61b9081c4f59897629ced7-000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2/6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76b991eb4d4815b8a61b9081c4f59897629ced7-001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3/6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76b991eb4d4815b8a61b9081c4f59897629ced7-002.pn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4/6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76b991eb4d4815b8a61b9081c4f59897629ced7-003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5/6</w:t>
      </w:r>
    </w:p>
    <w:p>
      <w:r>
        <w:drawing>
          <wp:inline xmlns:a="http://schemas.openxmlformats.org/drawingml/2006/main" xmlns:pic="http://schemas.openxmlformats.org/drawingml/2006/picture">
            <wp:extent cx="6400800" cy="8153019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76b991eb4d4815b8a61b9081c4f59897629ced7-004.pn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3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6/6</w:t>
      </w:r>
    </w:p>
    <w:p>
      <w:r>
        <w:drawing>
          <wp:inline xmlns:a="http://schemas.openxmlformats.org/drawingml/2006/main" xmlns:pic="http://schemas.openxmlformats.org/drawingml/2006/picture">
            <wp:extent cx="6400800" cy="2968371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76b991eb4d4815b8a61b9081c4f59897629ced7-005.pn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968371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894896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Relationship Id="rId38" Type="http://schemas.openxmlformats.org/officeDocument/2006/relationships/image" Target="media/image28.png"/><Relationship Id="rId39" Type="http://schemas.openxmlformats.org/officeDocument/2006/relationships/image" Target="media/image29.png"/><Relationship Id="rId40" Type="http://schemas.openxmlformats.org/officeDocument/2006/relationships/image" Target="media/image30.png"/><Relationship Id="rId41" Type="http://schemas.openxmlformats.org/officeDocument/2006/relationships/image" Target="media/image31.png"/><Relationship Id="rId42" Type="http://schemas.openxmlformats.org/officeDocument/2006/relationships/image" Target="media/image32.png"/><Relationship Id="rId43" Type="http://schemas.openxmlformats.org/officeDocument/2006/relationships/image" Target="media/image33.png"/><Relationship Id="rId44" Type="http://schemas.openxmlformats.org/officeDocument/2006/relationships/image" Target="media/image34.png"/><Relationship Id="rId45" Type="http://schemas.openxmlformats.org/officeDocument/2006/relationships/image" Target="media/image35.png"/><Relationship Id="rId46" Type="http://schemas.openxmlformats.org/officeDocument/2006/relationships/image" Target="media/image36.png"/><Relationship Id="rId47" Type="http://schemas.openxmlformats.org/officeDocument/2006/relationships/image" Target="media/image37.png"/><Relationship Id="rId48" Type="http://schemas.openxmlformats.org/officeDocument/2006/relationships/image" Target="media/image38.png"/><Relationship Id="rId49" Type="http://schemas.openxmlformats.org/officeDocument/2006/relationships/image" Target="media/image39.png"/><Relationship Id="rId50" Type="http://schemas.openxmlformats.org/officeDocument/2006/relationships/image" Target="media/image40.png"/><Relationship Id="rId51" Type="http://schemas.openxmlformats.org/officeDocument/2006/relationships/image" Target="media/image41.png"/><Relationship Id="rId52" Type="http://schemas.openxmlformats.org/officeDocument/2006/relationships/image" Target="media/image42.png"/><Relationship Id="rId53" Type="http://schemas.openxmlformats.org/officeDocument/2006/relationships/image" Target="media/image43.png"/><Relationship Id="rId54" Type="http://schemas.openxmlformats.org/officeDocument/2006/relationships/image" Target="media/image44.png"/><Relationship Id="rId55" Type="http://schemas.openxmlformats.org/officeDocument/2006/relationships/image" Target="media/image45.png"/><Relationship Id="rId56" Type="http://schemas.openxmlformats.org/officeDocument/2006/relationships/image" Target="media/image46.png"/><Relationship Id="rId57" Type="http://schemas.openxmlformats.org/officeDocument/2006/relationships/image" Target="media/image47.png"/><Relationship Id="rId58" Type="http://schemas.openxmlformats.org/officeDocument/2006/relationships/image" Target="media/image48.png"/><Relationship Id="rId59" Type="http://schemas.openxmlformats.org/officeDocument/2006/relationships/image" Target="media/image49.png"/><Relationship Id="rId60" Type="http://schemas.openxmlformats.org/officeDocument/2006/relationships/image" Target="media/image50.png"/><Relationship Id="rId61" Type="http://schemas.openxmlformats.org/officeDocument/2006/relationships/image" Target="media/image51.png"/><Relationship Id="rId62" Type="http://schemas.openxmlformats.org/officeDocument/2006/relationships/image" Target="media/image52.png"/><Relationship Id="rId63" Type="http://schemas.openxmlformats.org/officeDocument/2006/relationships/image" Target="media/image53.png"/><Relationship Id="rId64" Type="http://schemas.openxmlformats.org/officeDocument/2006/relationships/image" Target="media/image54.png"/><Relationship Id="rId65" Type="http://schemas.openxmlformats.org/officeDocument/2006/relationships/image" Target="media/image55.png"/><Relationship Id="rId66" Type="http://schemas.openxmlformats.org/officeDocument/2006/relationships/image" Target="media/image56.png"/><Relationship Id="rId67" Type="http://schemas.openxmlformats.org/officeDocument/2006/relationships/image" Target="media/image57.png"/><Relationship Id="rId68" Type="http://schemas.openxmlformats.org/officeDocument/2006/relationships/image" Target="media/image58.png"/><Relationship Id="rId69" Type="http://schemas.openxmlformats.org/officeDocument/2006/relationships/image" Target="media/image59.png"/><Relationship Id="rId70" Type="http://schemas.openxmlformats.org/officeDocument/2006/relationships/image" Target="media/image60.png"/><Relationship Id="rId71" Type="http://schemas.openxmlformats.org/officeDocument/2006/relationships/image" Target="media/image61.png"/><Relationship Id="rId72" Type="http://schemas.openxmlformats.org/officeDocument/2006/relationships/image" Target="media/image62.png"/><Relationship Id="rId73" Type="http://schemas.openxmlformats.org/officeDocument/2006/relationships/image" Target="media/image63.png"/><Relationship Id="rId74" Type="http://schemas.openxmlformats.org/officeDocument/2006/relationships/image" Target="media/image6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