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广东省2022年普通高考处于深圳市以外地区考生防疫提醒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2022-05-10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https://szeb.sz.gov.cn/szzkw/zkgg/gkxx/content/post_9771057.html</w:t>
        </w:r>
      </w:hyperlink>
    </w:p>
    <w:p/>
    <w:p>
      <w:r>
        <w:t>为落实教育部及我省2022年普通高考组考防疫工作要求，切实保障广大考生的生命安全和身体健康，确保普通高考安全平稳顺利实施，深圳市招生考试办公室郑重提醒目前仍处于深圳市以外地区（省外或省内深圳市外）的考生，做好高考应试相关准备及疫情防控工作。</w:t>
      </w:r>
    </w:p>
    <w:p>
      <w:r>
        <w:t>1.考生须于5月12日18时前通过链接（网址：https://szeb.sz.gov.cn/hdjlpt/yjzj/answer/19524）或二维码报告目前位置状态，在严格遵守防疫要求的前提下，须于5月24日前（高考前14天）返回深圳市，并及时向所属报名点、中学报告。</w:t>
      </w:r>
    </w:p>
    <w:p>
      <w:r>
        <w:t>2.考生在外（省外或省内深圳市外）期间及返回深圳市后须减少不必要的聚集和跨区流动，做好每日体温测量、记录并进行健康状况监测。从高考前14天到高考结束，考生应减少外出，原则上不再跨地区流动。</w:t>
      </w:r>
    </w:p>
    <w:p>
      <w:r>
        <w:t>3.考生和家长应保持高考报名时绑定的手机号码畅通，与所在报名点（中学）保持密切联系。</w:t>
      </w:r>
    </w:p>
    <w:p>
      <w:r>
        <w:t>4.考生因疫情（被隔离或封控、管控）等特殊困难无法按要求返回深圳市的，须提前向所在报名点（中学）报告。</w:t>
      </w:r>
    </w:p>
    <w:p>
      <w:r>
        <w:t>5.由于考生个人原因，未主动报告目前状态、信息造假、拒绝配合我市完成信息摸排，导致不能按时参加高考的后果由考生本人承担。</w:t>
      </w:r>
    </w:p>
    <w:p>
      <w:r>
        <w:t>深圳市招生考试办公室</w:t>
      </w:r>
    </w:p>
    <w:p>
      <w:r>
        <w:t>2022年5月10日</w:t>
      </w:r>
    </w:p>
    <w:p>
      <w:r>
        <w:t>扫码上报</w:t>
      </w:r>
    </w:p>
    <w:p>
      <w:r>
        <w:drawing>
          <wp:inline xmlns:a="http://schemas.openxmlformats.org/drawingml/2006/main" xmlns:pic="http://schemas.openxmlformats.org/drawingml/2006/picture">
            <wp:extent cx="5080000" cy="5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84948b48c785a94e3e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5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528658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74b70ddf2fc432cd91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8658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977105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