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广东省2022年10月自学考试网上报考须知</w:t>
      </w:r>
    </w:p>
    <w:p>
      <w:r>
        <w:rPr>
          <w:sz w:val="18"/>
        </w:rPr>
        <w:t>整理归属  广东省教育考试院</w:t>
      </w:r>
    </w:p>
    <w:p>
      <w:r>
        <w:rPr>
          <w:sz w:val="18"/>
        </w:rPr>
        <w:t>发布日期  2022-08-08</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https://eea.gd.gov.cn/calendar/content/post_3989990.html</w:t>
        </w:r>
      </w:hyperlink>
    </w:p>
    <w:p>
      <w:r>
        <w:t xml:space="preserve">同文来源  </w:t>
      </w:r>
      <w:hyperlink r:id="rId11">
        <w:r>
          <w:rPr>
            <w:color w:val="18548A"/>
          </w:rPr>
          <w:t>https://eea.gd.gov.cn/tzgg/content/post_3989988.html</w:t>
        </w:r>
      </w:hyperlink>
    </w:p>
    <w:p>
      <w:r>
        <w:t xml:space="preserve">同文来源  </w:t>
      </w:r>
      <w:hyperlink r:id="rId12">
        <w:r>
          <w:rPr>
            <w:color w:val="18548A"/>
          </w:rPr>
          <w:t>https://eea.gd.gov.cn/zxks/content/post_3989989.html</w:t>
        </w:r>
      </w:hyperlink>
    </w:p>
    <w:p/>
    <w:p>
      <w:r>
        <w:t>广东省2022年10月高等教育自学考试将于10月22日至23日举行。报名报考有关事项安排如下：</w:t>
      </w:r>
    </w:p>
    <w:p>
      <w:r>
        <w:t>一、报名报考时间</w:t>
      </w:r>
    </w:p>
    <w:p>
      <w:r>
        <w:t>新生预报名时间为8月27日10:00至30日12:00，正式报名时间为8月27日10:00至30日17:00。考生报考时间为9月1日14:00至5日17:00，缴费时间为9月2日10:00至5日17:00。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的新考生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相关地市，及时完善个人相关信息，以免影响报考。</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操作可参考附件2）。正式报名成功后将获得唯一准考证号，所有考生务必牢记。考生身份验证过程中采集的证件照是考生在自学考试管理系统中的存档照片（见附件3），将用于准考证和合格证等自考业务。</w:t>
      </w:r>
    </w:p>
    <w:p>
      <w:r>
        <w:t>因面容特征变化等原因无法线上报名或报名信息（含照片）未能通过审核的考生，应及时联系当地自考办按指定途径完成正式报名，8月31日后不再受理。</w:t>
      </w:r>
    </w:p>
    <w:p>
      <w:r>
        <w:t>（二）考生报考</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当地市考办或其指定单位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当地市自考办咨询。</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广东省2022年10月(22日-25日)自学考试疫情防控考生须知（附件4），严格遵守当地疫情防控各项规定和要求。考前10天考生应每天在“粤康码”中如实申报个人健康情况，如实填写考前10天个人健康信息申报表（详见附件4），并在接受考前检查时向考点工作人员提供。考生隐瞒身体异常情况，提供虚假信息，造成严重后果的，依法追究相关人员责任。</w:t>
      </w:r>
    </w:p>
    <w:p>
      <w:r>
        <w:t>（三）考生应随身准备口罩（一次性医用口罩或外科口罩）参加考试，按照当地自考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请考生在考前密切关注省教育考试院的官网、官微以及地市考办发布的信息。</w:t>
      </w:r>
    </w:p>
    <w:p>
      <w:r>
        <w:t>六、成绩公布与复核申请</w:t>
      </w:r>
    </w:p>
    <w:p>
      <w:r>
        <w:t>（一）成绩公布</w:t>
      </w:r>
    </w:p>
    <w:p>
      <w:r>
        <w:t>本次考试成绩预计在2022年12月上旬公布，届时考生可通过自学考试管理系统查询合格成绩，通过省教育考试院官方微信小程序查询全部考试成绩，具体安排请留意省教育考试院官方网站相关信息。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七、违规处理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名报考过程中遇到的问题直接向当地自学考试办公室咨询（附件5）。其他未尽事宜，请考生密切关注广东省教育考试院官方微信（微信号：gdsksy）和网站（网址：https://eea.gd.gov.cn）及各地自学考试办公室发布的相关讯息。</w:t>
      </w:r>
    </w:p>
    <w:p>
      <w:r>
        <w:t>附件：1.广东省2022年10月自学考试报名报考流程图</w:t>
      </w:r>
    </w:p>
    <w:p>
      <w:r>
        <w:t>2.广东省2022年10月自学考试在线报名操作指引</w:t>
      </w:r>
    </w:p>
    <w:p>
      <w:r>
        <w:t>3.广东省高等教育自学考试电子相片采集标准</w:t>
      </w:r>
    </w:p>
    <w:p>
      <w:r>
        <w:t>4.广东省2022年10月（22日至25日）自学考试疫情防控考生须知</w:t>
      </w:r>
    </w:p>
    <w:p>
      <w:r>
        <w:t>5.各地市自学考试办公室联系电话</w:t>
      </w:r>
    </w:p>
    <w:p>
      <w:r>
        <w:t>广东省自学考试委员会办公室</w:t>
      </w:r>
    </w:p>
    <w:p>
      <w:r>
        <w:t>2022年8月8日</w:t>
      </w:r>
    </w:p>
    <w:p>
      <w:r>
        <w:t>附件</w:t>
      </w:r>
    </w:p>
    <w:p>
      <w:pPr>
        <w:pStyle w:val="Heading1"/>
      </w:pPr>
      <w:r>
        <w:t>附件及下载链接</w:t>
      </w:r>
    </w:p>
    <w:p>
      <w:hyperlink r:id="rId13">
        <w:r>
          <w:rPr>
            <w:color w:val="18548A"/>
          </w:rPr>
          <w:t>附件</w:t>
        </w:r>
      </w:hyperlink>
    </w:p>
    <w:p>
      <w:r>
        <w:rPr>
          <w:sz w:val="16"/>
        </w:rPr>
        <w:t>https://eea.gd.gov.cn/attachment/0/496/496156/3989990.doc</w:t>
      </w:r>
    </w:p>
    <w:p>
      <w:pPr>
        <w:pStyle w:val="Heading1"/>
      </w:pPr>
      <w:r>
        <w:t>正文相关链接</w:t>
      </w:r>
    </w:p>
    <w:p>
      <w:hyperlink r:id="rId14">
        <w:r>
          <w:rPr>
            <w:color w:val="18548A"/>
          </w:rPr>
          <w:t>附件</w:t>
        </w:r>
      </w:hyperlink>
    </w:p>
    <w:p>
      <w:r>
        <w:t>https://eea.gd.gov.cn/attachment/0/496/496156/3989988.doc</w:t>
      </w:r>
    </w:p>
    <w:p>
      <w:hyperlink r:id="rId15">
        <w:r>
          <w:rPr>
            <w:color w:val="18548A"/>
          </w:rPr>
          <w:t>附件</w:t>
        </w:r>
      </w:hyperlink>
    </w:p>
    <w:p>
      <w:r>
        <w:t>https://eea.gd.gov.cn/attachment/0/496/496156/3989989.doc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3989990.html" TargetMode="External"/><Relationship Id="rId11" Type="http://schemas.openxmlformats.org/officeDocument/2006/relationships/hyperlink" Target="https://eea.gd.gov.cn/tzgg/content/post_3989988.html" TargetMode="External"/><Relationship Id="rId12" Type="http://schemas.openxmlformats.org/officeDocument/2006/relationships/hyperlink" Target="https://eea.gd.gov.cn/zxks/content/post_3989989.html" TargetMode="External"/><Relationship Id="rId13" Type="http://schemas.openxmlformats.org/officeDocument/2006/relationships/hyperlink" Target="https://eea.gd.gov.cn/attachment/0/496/496156/3989990.doc" TargetMode="External"/><Relationship Id="rId14" Type="http://schemas.openxmlformats.org/officeDocument/2006/relationships/hyperlink" Target="https://eea.gd.gov.cn/attachment/0/496/496156/3989988.doc" TargetMode="External"/><Relationship Id="rId15" Type="http://schemas.openxmlformats.org/officeDocument/2006/relationships/hyperlink" Target="https://eea.gd.gov.cn/attachment/0/496/496156/398998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