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关于高等教育自学考试使用计算器问题的通知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2019-12-28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https://szeb.sz.gov.cn/szzkw/zkgg/zkxx1/content/post_8949699.html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b99d9452dd7b69d2360ff8d6539de57573ad5f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31266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b99d9452dd7b69d2360ff8d6539de57573ad5f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12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5cc92ca490bfc17a30d585f45735fa2571f2ed4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33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5cc92ca490bfc17a30d585f45735fa2571f2ed4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34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9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