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3b73549e2f084b8ee378138c8654aae306079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3b73549e2f084b8ee378138c8654aae306079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