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广东省教育考试院2021年考试工作总结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2022-03-17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数据说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https://eea.gd.gov.cn/zwgk/sjfb/sjs/content/post_3884694.html</w:t>
        </w:r>
      </w:hyperlink>
    </w:p>
    <w:p/>
    <w:p>
      <w:pPr>
        <w:keepNext/>
      </w:pPr>
      <w:r>
        <w:t>原图分页 1/7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be04ea38a3280b6c627dabd725a8f0cfecd0afc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be04ea38a3280b6c627dabd725a8f0cfecd0afc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be04ea38a3280b6c627dabd725a8f0cfecd0afc-0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be04ea38a3280b6c627dabd725a8f0cfecd0afc-00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be04ea38a3280b6c627dabd725a8f0cfecd0afc-00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be04ea38a3280b6c627dabd725a8f0cfecd0afc-005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7/7</w:t>
      </w:r>
    </w:p>
    <w:p>
      <w:r>
        <w:drawing>
          <wp:inline xmlns:a="http://schemas.openxmlformats.org/drawingml/2006/main" xmlns:pic="http://schemas.openxmlformats.org/drawingml/2006/picture">
            <wp:extent cx="6400800" cy="468858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be04ea38a3280b6c627dabd725a8f0cfecd0afc-006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68858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/sjfb/sjs/content/post_388469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