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温馨提示：2023年度民航招飞预选初检注意事项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https://szeb.sz.gov.cn/szzkw/zkgg/gkxx/content/post_10340301.html</w:t>
        </w:r>
      </w:hyperlink>
    </w:p>
    <w:p/>
    <w:p>
      <w:r>
        <w:t>根据《关于做好2023年度民航在广东省招收高中毕业生飞行学员工作的通知(粤招办普【2022】50号)》和相关防疫要求，为保障各位考生初检安全顺利进行，深圳第二外国语学校初检点特别提示以下注意事项：</w:t>
      </w:r>
    </w:p>
    <w:p>
      <w:r>
        <w:t>注意事项</w:t>
      </w:r>
    </w:p>
    <w:p>
      <w:r>
        <w:t>■招飞体检初检时间：2022年12月17日(周六)</w:t>
      </w:r>
    </w:p>
    <w:p>
      <w:r>
        <w:t>■根据上级通知要求，请考生带好《2023年度民航招收高中毕业生飞行员报名表》和本人身份证、视力验光单，否则不得参检，体检时交给工作人员查验。</w:t>
      </w:r>
    </w:p>
    <w:p>
      <w:r>
        <w:t>■防疫要求：</w:t>
      </w:r>
    </w:p>
    <w:p>
      <w:r>
        <w:t>1.请所有参检学生和带队老师于2022年12月16日18:00前扫描二维码登记个人信息；</w:t>
      </w:r>
    </w:p>
    <w:p>
      <w:r>
        <w:drawing>
          <wp:inline xmlns:a="http://schemas.openxmlformats.org/drawingml/2006/main" xmlns:pic="http://schemas.openxmlformats.org/drawingml/2006/picture">
            <wp:extent cx="4229100" cy="4330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f4aafc72c0ea2398e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330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2.接触过新冠肺炎确诊患者的参检人员和带队老师暂缓入校；</w:t>
      </w:r>
    </w:p>
    <w:p>
      <w:r>
        <w:t>3.有发热、干咳、乏力、嗅觉或味觉减退、鼻塞、流涕、咽痛、结膜炎、肌痛、腹泻等十大症状者，暂缓入校；</w:t>
      </w:r>
    </w:p>
    <w:p>
      <w:r>
        <w:t>4.参检人员凭48小时核酸阴性结果，粤康码绿码进校；</w:t>
      </w:r>
    </w:p>
    <w:p>
      <w:r>
        <w:t>5.进校园时需要微信扫场所码，请全体入校人员携带手机并保持电量充足；</w:t>
      </w:r>
    </w:p>
    <w:p>
      <w:r>
        <w:t>6.请全体工作人员和师生全程佩戴口罩。</w:t>
      </w:r>
    </w:p>
    <w:p>
      <w:r>
        <w:t>■请各位考生清淡饮食，注意休息，保持良好状态。</w:t>
      </w:r>
    </w:p>
    <w:p>
      <w:r>
        <w:t>■请各位考生自带水杯或一次性饮用水。</w:t>
      </w:r>
    </w:p>
    <w:p>
      <w:r>
        <w:t>入场安排</w:t>
      </w:r>
    </w:p>
    <w:p>
      <w:r>
        <w:t>■入场时间：</w:t>
      </w:r>
    </w:p>
    <w:p>
      <w:r>
        <w:t>第一批初检：龙华、福田、南山、宝安、光明各有关学校的考生，8:00入场，9:00开始体检；</w:t>
      </w:r>
    </w:p>
    <w:p>
      <w:r>
        <w:t>第二批：罗湖、龙岗、盐田、坪山、大鹏各有关学校的考生，12:30入场，13:30开始体检；</w:t>
      </w:r>
    </w:p>
    <w:p>
      <w:r>
        <w:t>■家长私家车出行请导航至学校东门，考生经检查符合防疫要求后进入校内候检区。根据防疫要求，家长和私家车不得进入校园。建议乘坐公共交通工具出行。</w:t>
      </w:r>
    </w:p>
    <w:p>
      <w:r>
        <w:t>■校车出行请导航至学校东门，带队老师(1所学校原则上限1名)与考生在东门外下车，经检查符合防疫要求后进入校内候检区。校车进入校园后，请按工作人员要求停放车辆。</w:t>
      </w:r>
    </w:p>
    <w:p>
      <w:r>
        <w:t>■带队老师和参检学生根据现场指引就座后，以学校为单位领取体检号牌，考生按号牌顺序参加体检，先到先检，号码过期需要重新排队。</w:t>
      </w:r>
    </w:p>
    <w:p>
      <w:r>
        <w:t>■进入候检区以后请大家安静有序就座，等待工作人员安排。</w:t>
      </w:r>
    </w:p>
    <w:p>
      <w:r>
        <w:t>检区区域</w:t>
      </w:r>
    </w:p>
    <w:p>
      <w:r>
        <w:t>候检区1：思远厅</w:t>
      </w:r>
    </w:p>
    <w:p>
      <w:r>
        <w:t>候检区2：韶乐厅</w:t>
      </w:r>
    </w:p>
    <w:p>
      <w:r>
        <w:t>候检区3(备用)：明远厅</w:t>
      </w:r>
    </w:p>
    <w:p>
      <w:r>
        <w:t>■自驾：</w:t>
      </w:r>
    </w:p>
    <w:p>
      <w:r>
        <w:t>请导航至：</w:t>
      </w:r>
    </w:p>
    <w:p>
      <w:r>
        <w:t>深圳市龙华区福城街道桔塘社区龙澜大道513号</w:t>
      </w:r>
    </w:p>
    <w:p>
      <w:r>
        <w:t>■公共交通：</w:t>
      </w:r>
    </w:p>
    <w:p>
      <w:r>
        <w:t>路线(1)：</w:t>
      </w:r>
    </w:p>
    <w:p>
      <w:r>
        <w:t>竹村地铁站(地铁4号线)转乘公交M509至深圳第二外国语学校站下车</w:t>
      </w:r>
    </w:p>
    <w:p>
      <w:r>
        <w:t>路线(2)：</w:t>
      </w:r>
    </w:p>
    <w:p>
      <w:r>
        <w:t>竹村地铁站(地铁4号线)转乘公交M424至龙澜学校站下车</w:t>
      </w:r>
    </w:p>
    <w:p>
      <w:r>
        <w:t>祝各位考生顺利、如意！</w:t>
      </w:r>
    </w:p>
    <w:p>
      <w:r>
        <w:t>来源：深圳第二外国语学校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34030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