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广东省招生委员会办公室关于做好2026年普通高校招生志愿填报工作的通知</w:t>
      </w:r>
    </w:p>
    <w:p>
      <w:r>
        <w:rPr>
          <w:sz w:val="18"/>
        </w:rPr>
        <w:t>整理归属  深圳市招生考试办公室</w:t>
      </w:r>
    </w:p>
    <w:p>
      <w:r>
        <w:rPr>
          <w:sz w:val="18"/>
        </w:rPr>
        <w:t>发布日期  2026-06-26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https://szeb.sz.gov.cn/szzkw/qt/tzgg/content/post_12863763.html</w:t>
        </w:r>
      </w:hyperlink>
    </w:p>
    <w:p>
      <w:r>
        <w:t xml:space="preserve">同文来源  </w:t>
      </w:r>
      <w:hyperlink r:id="rId11">
        <w:r>
          <w:rPr>
            <w:color w:val="18548A"/>
          </w:rPr>
          <w:t>https://szeb.sz.gov.cn/szzkw/zkgg/gkxx/content/post_12863751.html</w:t>
        </w:r>
      </w:hyperlink>
    </w:p>
    <w:p/>
    <w:p>
      <w:r>
        <w:t>粤招办普〔2026〕26号</w:t>
      </w:r>
    </w:p>
    <w:p>
      <w:r>
        <w:t>各地级以上市教育局、招生办公室（考试中心、考试院）：</w:t>
      </w:r>
    </w:p>
    <w:p>
      <w:r>
        <w:t>现就做好2026年我省普通高校招生志愿填报工作通知如下：</w:t>
      </w:r>
    </w:p>
    <w:p>
      <w:r>
        <w:t>一、填报方式</w:t>
      </w:r>
    </w:p>
    <w:p>
      <w:r>
        <w:t>2026年普通高校招生实行网上填报志愿。考生可自行上网或到中学（报名点），凭证件号（或手机号）和密码登录广东省教育考试院高考志愿填报系统填报志愿，并在规定时间内完成网上志愿确认。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其中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2026年普通高校招生工作的通知》（粤招〔2026〕3号），了解平行志愿、顺序志愿投档录取模式的批次及类型、志愿填报要求、投档原则等；登录拟填报高校网站和教育部“阳光高考”平台（https://gaokao.chsi.com.cn），查看拟填报高校招生章程及招生专业的录取规则、身体条件限制等要求。</w:t>
      </w:r>
    </w:p>
    <w:p>
      <w:r>
        <w:t>（二）查阅招生专业目录。考生根据本人高考成绩、排位和《关于公布广东省2026年普通高考考生成绩各分数段数据的通知》中各分数段的人数情况，查阅省招生办公室编写的《广东省2026年普通高等学校招生专业目录》（“普通类物理版”“普通类历史版”“体育艺术版”）（下称《招生专业目录》）、《广东省2026年普通高等学校志愿填报指南》。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（四）拟定志愿草稿表。考生上网填报志愿前，可预先填写《广东省2026年普通高校招生考生志愿表》（附件，下称《考生志愿表》），该表可在省教育考试院微信公众号下载。</w:t>
      </w:r>
    </w:p>
    <w:p>
      <w:r>
        <w:t>（五）网上填报志愿及网上确认</w:t>
      </w:r>
    </w:p>
    <w:p>
      <w:r>
        <w:t>1.录入院校志愿。考生须在规定时间内凭本人证件号（或手机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保存）某一批次所填报的志愿时，应先进行志愿核对，如果出现红色警告字符，则不符合专业招生条件，该批次所填志愿将无法保存，请考生根据提示信息，仔细核对院校代码、院校专业组代码、专业代码，直至修改正确为止。核对该批次志愿无误后，请保存所填志愿。为确保考生填报志愿数据准确无误，建议各批次志愿填报期间每隔45分钟点击保存按钮进行志愿校验并保存志愿填报结果。系统不设保存次数限制。</w:t>
      </w:r>
    </w:p>
    <w:p>
      <w:r>
        <w:t>2.网上确认志愿。考生填报的所有批次志愿保存后，须进行网上确认。考生点击“确认志愿”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由考生本人负责。</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志愿信息一经网上最终确认，任何人不得更改。录取时以考生网上最后确认的志愿为准。考生档案投出后，考生一律不得申请放弃。</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尽量避免在志愿填报截止前1小时内填报志愿，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我省招生录取批次分提前批次、本科批次、专科批次3个录取批次。具体批次及院校专业组志愿个数见《考生志愿表》。考生填报时，可登录广东省2026年普通高考志愿填报辅助系统，系统免费对所有考生开放，考生使用高考考生号及高考报名时设置的登录密码进入系统，查看近年各在粤招生高校和各专业的往年录取分数、投档最低排位等情况，以及各高校2026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专业录取规则、招生专业对身体条件的要求等，避免填报不宜就读的专业，避免投档后被高校退档。</w:t>
      </w:r>
    </w:p>
    <w:p>
      <w:r>
        <w:t>部分公办高校“中外合作办学”“联合培养”“学分互认”和“国际班”等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（六）报考高水平运动队、综合评价的考生</w:t>
      </w:r>
    </w:p>
    <w:p>
      <w:r>
        <w:t>1.经招生院校确认资格并在教育部“阳光高考”平台上公示符合高水平运动队和综合评价资格等特殊类型的考生，须在“特殊类型招生院校”志愿栏中填报相应院校志愿，具备以上资格的考生只能选择其中一类进行填报，设置一个院校专业组志愿。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由考生本人负责。</w:t>
      </w:r>
    </w:p>
    <w:p>
      <w:r>
        <w:t>2.招收高水平运动队和综合评价资格考生的院校，在本科录取批次正式投档前完成录取工作。</w:t>
      </w:r>
    </w:p>
    <w:p>
      <w:r>
        <w:t>3.北京外国语大学、浙江大学、中山大学、华南理工大学、南方科技大学、西湖大学、西交利物浦大学、北师香港浸会大学、上海纽约大学、昆山杜克大学、香港中文大学（深圳）、深圳北理莫斯科大学等12所高校在我省实行高考基础上的综合评价招生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同时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我省体育专项有足球、篮球、排球、乒乓球、游泳、健美操、啦啦操等，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志愿应在本科录取批次普通类本科院校栏目中填报。高考成绩达到普通类本科批次录取最低分数线的边防军人子女考生，拟报考除重庆大学、湖南大学以外的其他7所高校预科班志愿的，只允许填报其中的1所。</w:t>
      </w:r>
    </w:p>
    <w:p>
      <w:r>
        <w:t>（十二）报考高校专项计划、地方专项计划的考生</w:t>
      </w:r>
    </w:p>
    <w:p>
      <w:r>
        <w:t>1.报考资格：符合广东省2026年重点高校招生专项计划资格，且经省招办公示无异议的考生，可填报“高校专项计划”和“地方专项计划”。</w:t>
      </w:r>
    </w:p>
    <w:p>
      <w:r>
        <w:t>2.高校专项计划填报安排：2026年国家公费师范生的高校专项计划安排在提前录取批次本科非军检院校中填报，其他高校专项计划安排在本科录取批次普通类本科院校中填报。报考考生高考成绩总分不低于我省特殊类型招生录取控制分数线（具体要求详见各高校招生章程）。</w:t>
      </w:r>
    </w:p>
    <w:p>
      <w:r>
        <w:t>3.地方专项计划填报安排：地方专项计划安排在本科录取批次普通类本科院校中填报。报考考生高考成绩总分须达到地方专项计划录取最低分数线。</w:t>
      </w:r>
    </w:p>
    <w:p>
      <w:r>
        <w:t>4.其他说明：未通过资格审核且公示的考生，或经省招生办公室复查不具备报考资格的考生，所填报的“高校专项计划”和“地方专项计划”志愿无效。“高校专项计划”和“地方专项计划”均实行平行志愿投档录取，与所在批次院校一起填报志愿，一起投档录取。</w:t>
      </w:r>
    </w:p>
    <w:p>
      <w:r>
        <w:t>（十三）报考教师专项计划、卫生专项计划的考生</w:t>
      </w:r>
    </w:p>
    <w:p>
      <w:r>
        <w:t>高考成绩分别达到本科“教师专项计划”或本、专科“农村卫生专项计划”录取分数线且符合相关报考条件考生，可在相应批次的教师专项计划、卫生专项计划栏中填报相应院校志愿。被录取考生须按要求签订培养协议。</w:t>
      </w:r>
    </w:p>
    <w:p>
      <w:r>
        <w:t>（十四）报考香港中文大学、香港珠海学院的考生</w:t>
      </w:r>
    </w:p>
    <w:p>
      <w:r>
        <w:t>香港中文大学、香港珠海学院在内地招生，参加内地高校统一录取。香港中文大学安排在提前录取批次非军检院校中填报志愿，录取时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组织领导，压实主体责任。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指导服务，提升填报质效。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各级招生考试机构、各中学要继续做好教育部“阳光志愿”信息服务系统和省普通高考志愿填报辅助系统宣传推广工作，引导考生登录使用，帮助考生从高校专业培养、就业方向、职业发展等方面进行全方位了解，切实做好志愿填报指导服务工作。</w:t>
      </w:r>
    </w:p>
    <w:p>
      <w:r>
        <w:t>（三）规范填报流程，严明工作纪律。各地、各中学要严肃招生工作纪律，严禁学校和教师与校外培训等社会机构合作，通过为考生提供志愿填报咨询服务等方式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筑牢安全防线，保障信息安全。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附件：2026年广东省普通高校招生考生志愿表</w:t>
      </w:r>
    </w:p>
    <w:p>
      <w:r>
        <w:t>广东省招生委员会办公室</w:t>
      </w:r>
    </w:p>
    <w:p>
      <w:r>
        <w:t>2026年6月24日</w:t>
      </w:r>
    </w:p>
    <w:p>
      <w:r>
        <w:t>（来源：广东省教育考试院）</w:t>
      </w:r>
    </w:p>
    <w:p>
      <w:r>
        <w:t>附件：2026年广东省普通高校招生考生志愿表.pdf</w:t>
      </w:r>
    </w:p>
    <w:p>
      <w:pPr>
        <w:pStyle w:val="Heading1"/>
      </w:pPr>
      <w:r>
        <w:t>附件及下载链接</w:t>
      </w:r>
    </w:p>
    <w:p>
      <w:hyperlink r:id="rId12">
        <w:r>
          <w:rPr>
            <w:color w:val="18548A"/>
          </w:rPr>
          <w:t>附件：2026年广东省普通高校招生考生志愿表.pdf</w:t>
        </w:r>
      </w:hyperlink>
    </w:p>
    <w:p>
      <w:r>
        <w:rPr>
          <w:sz w:val="16"/>
        </w:rPr>
        <w:t>https://szeb.sz.gov.cn/attachment/1/1725/1725649/12863763.pdf</w:t>
      </w:r>
    </w:p>
    <w:p>
      <w:pPr>
        <w:pStyle w:val="Heading1"/>
      </w:pPr>
      <w:r>
        <w:t>正文相关链接</w:t>
      </w:r>
    </w:p>
    <w:p>
      <w:hyperlink r:id="rId13">
        <w:r>
          <w:rPr>
            <w:color w:val="18548A"/>
          </w:rPr>
          <w:t>附件：2026年广东省普通高校招生考生志愿表.pdf</w:t>
        </w:r>
      </w:hyperlink>
    </w:p>
    <w:p>
      <w:r>
        <w:t>https://szeb.sz.gov.cn/attachment/1/1725/1725649/12863751.pdf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63763.html" TargetMode="External"/><Relationship Id="rId11" Type="http://schemas.openxmlformats.org/officeDocument/2006/relationships/hyperlink" Target="https://szeb.sz.gov.cn/szzkw/zkgg/gkxx/content/post_12863751.html" TargetMode="External"/><Relationship Id="rId12" Type="http://schemas.openxmlformats.org/officeDocument/2006/relationships/hyperlink" Target="https://szeb.sz.gov.cn/attachment/1/1725/1725649/12863763.pdf" TargetMode="External"/><Relationship Id="rId13" Type="http://schemas.openxmlformats.org/officeDocument/2006/relationships/hyperlink" Target="https://szeb.sz.gov.cn/attachment/1/1725/1725649/128637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