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关于调整我省高等教育自学考试部分专业主考学校的通知</w:t>
      </w:r>
    </w:p>
    <w:p>
      <w:r>
        <w:rPr>
          <w:sz w:val="18"/>
        </w:rPr>
        <w:t>整理归属  深圳市招生考试办公室</w:t>
      </w:r>
    </w:p>
    <w:p>
      <w:r>
        <w:rPr>
          <w:sz w:val="18"/>
        </w:rPr>
        <w:t>发布日期  2025-07-17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https://szeb.sz.gov.cn/szzkw/qt/tzgg/content/post_12283174.html</w:t>
        </w:r>
      </w:hyperlink>
    </w:p>
    <w:p>
      <w:r>
        <w:t xml:space="preserve">同文来源  </w:t>
      </w:r>
      <w:hyperlink r:id="rId11">
        <w:r>
          <w:rPr>
            <w:color w:val="18548A"/>
          </w:rPr>
          <w:t>https://szeb.sz.gov.cn/szzkw/zkgg/zkxx1/content/post_12283161.html</w:t>
        </w:r>
      </w:hyperlink>
    </w:p>
    <w:p/>
    <w:p>
      <w:r>
        <w:t>粤考委〔2025〕1号</w:t>
      </w:r>
    </w:p>
    <w:p>
      <w:r>
        <w:t>各地级以上市自学考试工作委员会，各有关主考学校：</w:t>
      </w:r>
    </w:p>
    <w:p>
      <w:r>
        <w:t>根据《高等教育自学考试暂行条例》《广东省自学考试实施细则》及《广东省学士学位授权与授予管理实施细则》相关精神，结合我省高等教育自学考试主考学校2025年普通高等学校招生专业等情况，决定调整部分专业的主考学校，现将有关事项通知如下：</w:t>
      </w:r>
    </w:p>
    <w:p>
      <w:r>
        <w:t>一、专业和学校</w:t>
      </w:r>
    </w:p>
    <w:p>
      <w:r>
        <w:t>（一）华南理工大学、华南农业大学、广东外语外贸大学、广东工业大学、深圳大学等5所高校（下称5所高校）不再担任我省高等教育自学考试部分专业主考学校，具体情况详见附件。</w:t>
      </w:r>
    </w:p>
    <w:p>
      <w:r>
        <w:t>（二）增加广东财经大学为广告学（专业代码050303）专业主考学校。</w:t>
      </w:r>
    </w:p>
    <w:p>
      <w:r>
        <w:t>二、过渡期的设置及要求</w:t>
      </w:r>
    </w:p>
    <w:p>
      <w:r>
        <w:t>为平稳过渡，对将不再担任我省高等教育自学考试相关专业主考学校的收尾工作设置过渡期。</w:t>
      </w:r>
    </w:p>
    <w:p>
      <w:r>
        <w:t>（一）自2025年10月考试起，相应专业不再接受新生选择附件中对应的高校进行报名（新生报名时，考生不得选择该类学校作为相关专业的承办主考学校，专业建设主考学校仅用于区分专业考试计划）。</w:t>
      </w:r>
    </w:p>
    <w:p>
      <w:r>
        <w:t>（二）实践性学习环节考核（含毕业论文）在2028年10月前完成。毕业手续办理至2028年12月。</w:t>
      </w:r>
    </w:p>
    <w:p>
      <w:r>
        <w:t>（三）2028年12月31日前，5所高校仍须认真履行主考学校有关职责，及时公布收尾过渡期相关工作安排，统筹做好实践性学习环节考核、毕业办理、咨询服务等收尾工作，确保平稳顺利过渡。</w:t>
      </w:r>
    </w:p>
    <w:p>
      <w:r>
        <w:t>（四）5所高校须严格按照学位管理部门规定，做好相应专业学位授予相关政策的宣传、解释等工作。</w:t>
      </w:r>
    </w:p>
    <w:p>
      <w:r>
        <w:t>附件：不再担任广东省高等教育自学考试相关专业主考学校汇总表</w:t>
      </w:r>
    </w:p>
    <w:p>
      <w:r>
        <w:t>广东省自学考试委员会</w:t>
      </w:r>
    </w:p>
    <w:p>
      <w:r>
        <w:t>2025年7月11日</w:t>
      </w:r>
    </w:p>
    <w:p>
      <w:r>
        <w:drawing>
          <wp:inline xmlns:a="http://schemas.openxmlformats.org/drawingml/2006/main" xmlns:pic="http://schemas.openxmlformats.org/drawingml/2006/picture">
            <wp:extent cx="6400799" cy="6783960"/>
            <wp:docPr id="1" name="Picture 1"/>
            <wp:cNvGraphicFramePr>
              <a:graphicFrameLocks noChangeAspect="1"/>
            </wp:cNvGraphicFramePr>
            <a:graphic>
              <a:graphicData uri="http://schemas.openxmlformats.org/drawingml/2006/picture">
                <pic:pic>
                  <pic:nvPicPr>
                    <pic:cNvPr id="0" name="af8140aff020c97948f0.png"/>
                    <pic:cNvPicPr/>
                  </pic:nvPicPr>
                  <pic:blipFill>
                    <a:blip r:embed="rId12"/>
                    <a:stretch>
                      <a:fillRect/>
                    </a:stretch>
                  </pic:blipFill>
                  <pic:spPr>
                    <a:xfrm>
                      <a:off x="0" y="0"/>
                      <a:ext cx="6400799" cy="678396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83174.html" TargetMode="External"/><Relationship Id="rId11" Type="http://schemas.openxmlformats.org/officeDocument/2006/relationships/hyperlink" Target="https://szeb.sz.gov.cn/szzkw/zkgg/zkxx1/content/post_12283161.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