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广东省2023年全国硕士研究生招生考试报考点咨询电话一览表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2022-09-23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https://eea.gd.gov.cn/yjsks/content/post_4018197.html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64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333ebf031c1100f881409ae0675cbd378bd0f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6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68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333ebf031c1100f881409ae0675cbd378bd0f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6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64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8f39510371fa18bac59e04ce8adc589c508512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6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687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8f39510371fa18bac59e04ce8adc589c508512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6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640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560b891f4cfeb2e0fedcca3314612d2af3284c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6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687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560b891f4cfeb2e0fedcca3314612d2af3284c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687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01819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