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广东省教育考试院2022年考试招生工作总结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数据说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https://eea.gd.gov.cn/zwgk/sjfb/sjs/content/post_4138614.html</w:t>
        </w:r>
      </w:hyperlink>
    </w:p>
    <w:p/>
    <w:p>
      <w:pPr>
        <w:keepNext/>
      </w:pPr>
      <w:r>
        <w:t>原图分页 1/6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95fbbce9cc74897191b54cb595581a4659144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95fbbce9cc74897191b54cb595581a4659144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95fbbce9cc74897191b54cb595581a46591447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95fbbce9cc74897191b54cb595581a46591447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95fbbce9cc74897191b54cb595581a46591447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6/6</w:t>
      </w:r>
    </w:p>
    <w:p>
      <w:r>
        <w:drawing>
          <wp:inline xmlns:a="http://schemas.openxmlformats.org/drawingml/2006/main" xmlns:pic="http://schemas.openxmlformats.org/drawingml/2006/picture">
            <wp:extent cx="6400800" cy="221627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95fbbce9cc74897191b54cb595581a46591447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21627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sjs/content/post_413861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