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2023年1月广东省中等职业技术教育专业技能课程实操科目考试（深圳考区）温馨提示</w:t>
      </w:r>
    </w:p>
    <w:p>
      <w:r>
        <w:rPr>
          <w:sz w:val="18"/>
        </w:rPr>
        <w:t>整理归属  深圳市招生考试办公室</w:t>
      </w:r>
    </w:p>
    <w:p>
      <w:r>
        <w:rPr>
          <w:sz w:val="18"/>
        </w:rPr>
        <w:t>发布日期  2022-12-15</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https://szeb.sz.gov.cn/szzkw/zkgg/skxx/content/post_10342227.html</w:t>
        </w:r>
      </w:hyperlink>
    </w:p>
    <w:p/>
    <w:p>
      <w:r>
        <w:t>各位考生：</w:t>
      </w:r>
    </w:p>
    <w:p>
      <w:r>
        <w:t>2023年1月广东省中等职业技术教育专业技能课程实操科目考试（深圳考区）将于12月17日-18日（星期六、日）举行。为确保考生顺利完成考试，现将考生注意事项提示如下：</w:t>
      </w:r>
    </w:p>
    <w:p>
      <w:r>
        <w:t>一、准考证打印。考生即日起可通过专业技能课程考试报名网站（https://www.eeagd.edu.cn/zzjnzsks）自行下载并打印准考证，按照准考证上规定的时间、地点及要求参加考试。</w:t>
      </w:r>
    </w:p>
    <w:p>
      <w:r>
        <w:t>二、做好个人疫情防护，积极配合防疫工作。</w:t>
      </w:r>
    </w:p>
    <w:p>
      <w:r>
        <w:t>1.所有考生考前和考试期间避免参加聚餐或聚集性活动，减少进入人员密集的公共场所，乘坐公共交通工具时要做好个人防护，尽量保持两点一线。</w:t>
      </w:r>
    </w:p>
    <w:p>
      <w:r>
        <w:t>2.新冠病毒核酸检测为阳性或者自测核酸抗原阳性的考生不得参加考试。</w:t>
      </w:r>
    </w:p>
    <w:p>
      <w:r>
        <w:t>3.考试当天，考生至少提前1小时到达考点，考生持本人身份证、准考证、“粤康码”进入考点时要听从现场工作人员指挥，保持安全距离，自觉出示健康码，接受体温检测。体温≥37.3℃的考生由专业医护人员立即带入临时隔离观察点，使用水银温度计进行体温复测，并排查其流行病学史，以确定体温异常原因。经复查体温仍不正常的考生由考点防疫工作小组的工作人员进行研判，作出暂缓参加考试或调整考试场次的安排。</w:t>
      </w:r>
    </w:p>
    <w:p>
      <w:r>
        <w:t>4.考生须自备一次性医用口罩或医用外科口罩，除进行人脸识别等必要的身份验证程序外，考试期间原则上须全程规范佩戴口罩。</w:t>
      </w:r>
    </w:p>
    <w:p>
      <w:r>
        <w:t>三、操作技能考试考生可以根据实际操作需要，携带考试规定的用具进入考场。考试期间做到遵守考场规则，服从考点工作人员管理，规范做好实验操作过程中的自身安全防护。</w:t>
      </w:r>
    </w:p>
    <w:p>
      <w:r>
        <w:t>四、考试结束后，考生要按监考员的指令有序离场，保持人员间距，减少交谈。考点可安排各考场错峰离场。</w:t>
      </w:r>
    </w:p>
    <w:p>
      <w:r>
        <w:t>五、请考生提前做好赴考规划，及时关注深圳市招生考试办公室官网（https://szeb.sz.gov.cn/szzkw/）和官微发布的最新通知信息，以确保顺利赴考。</w:t>
      </w:r>
    </w:p>
    <w:p>
      <w:r>
        <w:t>预祝各位考生考试顺利！</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1034222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