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深圳市招生考试办公室关于开展我市2020年度社会助学机构备案登记工作的通知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2020-08-24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https://szeb.sz.gov.cn/szzkw/zkgg/zkxx1/content/post_8949670.html</w:t>
        </w:r>
      </w:hyperlink>
    </w:p>
    <w:p/>
    <w:p>
      <w:r>
        <w:t>各有关区教育行政部门，各自考社会助学机构：</w:t>
      </w:r>
    </w:p>
    <w:p>
      <w:r>
        <w:t>个人自学、社会助学是高等教育自学考试的重要环节和教育功能的具体体现，是自学考试的基础和必要条件。按广东省自学考试委员会办公室《关于进一步加强我省自学考试社会助学机构业务指导工作的通知》（粤考办〔2015〕46号）要求，从2016年起，社会助学机构年度备案登记工作由各市（区）考办组织实施。我市2020年度自学考试社会助学机构备案登记工作具体事项如下：</w:t>
      </w:r>
    </w:p>
    <w:p>
      <w:r>
        <w:t>一、备案登记对象</w:t>
      </w:r>
    </w:p>
    <w:p>
      <w:r>
        <w:t>在我市开展自学考试辅导的社会助学机构。</w:t>
      </w:r>
    </w:p>
    <w:p>
      <w:r>
        <w:t>二、备案登记需提供的材料</w:t>
      </w:r>
    </w:p>
    <w:p>
      <w:r>
        <w:t>（一）法人登记证原件及复印件（盖单位公章）；</w:t>
      </w:r>
    </w:p>
    <w:p>
      <w:r>
        <w:t>（二）教育行政部门批准的办学许可证原件及复印件（盖单位公章）；</w:t>
      </w:r>
    </w:p>
    <w:p>
      <w:r>
        <w:t>（三）《社会助学机构备案登记情况说明》（单位提供书面的情况，内容包括机构名称、详细地址、法人代表及联系电话、助学专业及学习者人数、学习时限、助学方式、教学计划、助学机构管理人员及经费来源等，盖单位公章）；</w:t>
      </w:r>
    </w:p>
    <w:p>
      <w:r>
        <w:t>（四）《2020年高等教育自学考试社会助学机构备案登记表》（附件2）；</w:t>
      </w:r>
    </w:p>
    <w:p>
      <w:r>
        <w:t>（五）首次备案登记的社会助学机构，须由教育行政部门对该机构进行实地核实，做好自学考试及开展助学的相关政策和规定的宣传工作，把好社会助学机构开展自学考试助学的入门关。教育行政部门出具纸质的核查结果并加盖公章。</w:t>
      </w:r>
    </w:p>
    <w:p>
      <w:r>
        <w:t>三、备案登记时间及地点</w:t>
      </w:r>
    </w:p>
    <w:p>
      <w:r>
        <w:t>2020年9月7日至9日，工作时间：上午9:00-12:00，下午2:00-6:00，联系电话：82197626。</w:t>
      </w:r>
    </w:p>
    <w:p>
      <w:r>
        <w:t>地址：罗湖区泥岗西路1068号深圳市招生考试办公室230室。</w:t>
      </w:r>
    </w:p>
    <w:p>
      <w:r>
        <w:t>附件：1.关于进一步加强我省自学考试社会助学机构业务指导工作的通知（粤考办〔2015〕46号）</w:t>
      </w:r>
    </w:p>
    <w:p>
      <w:r>
        <w:t>2.2020年高等教育自学考试社会助学机构备案登记表</w:t>
      </w:r>
    </w:p>
    <w:p>
      <w:r>
        <w:t>附件1-2.docx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附件1-2.docx</w:t>
        </w:r>
      </w:hyperlink>
    </w:p>
    <w:p>
      <w:r>
        <w:rPr>
          <w:sz w:val="16"/>
        </w:rPr>
        <w:t>https://szeb.sz.gov.cn/attachment/0/803/803212/8949670.doc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70.html" TargetMode="External"/><Relationship Id="rId11" Type="http://schemas.openxmlformats.org/officeDocument/2006/relationships/hyperlink" Target="https://szeb.sz.gov.cn/attachment/0/803/803212/8949670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