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2023年广东省自学考试调查问卷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2023-09-15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自学考试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https://eea.gd.gov.cn/zxks/content/post_4254426.html</w:t>
        </w:r>
      </w:hyperlink>
    </w:p>
    <w:p/>
    <w:p>
      <w:r>
        <w:t>各位自学考试考生：</w:t>
      </w:r>
    </w:p>
    <w:p>
      <w:r>
        <w:t>为进一步提升我省自学考试服务考生的水平和质量，请您填写以下调查问卷。本调查问卷不记名。</w:t>
      </w:r>
    </w:p>
    <w:p>
      <w:r>
        <w:t>感谢您对本次调查工作的支持！祝您工作、学习愉快！</w:t>
      </w:r>
    </w:p>
    <w:p>
      <w:r>
        <w:t>[嵌入媒体或文档] https://eea.gd.gov.cn/hdjlpt/yjzj/answer/31018?iframe=1</w:t>
      </w:r>
    </w:p>
    <w:p>
      <w:pPr>
        <w:pStyle w:val="Heading1"/>
      </w:pPr>
      <w:r>
        <w:t>正文相关链接</w:t>
      </w:r>
    </w:p>
    <w:p>
      <w:hyperlink r:id="rId11">
        <w:r>
          <w:rPr>
            <w:color w:val="18548A"/>
          </w:rPr>
          <w:t>31018</w:t>
        </w:r>
      </w:hyperlink>
    </w:p>
    <w:p>
      <w:r>
        <w:t>https://eea.gd.gov.cn/hdjlpt/yjzj/answer/31018?iframe=1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xks/content/post_4254426.html" TargetMode="External"/><Relationship Id="rId11" Type="http://schemas.openxmlformats.org/officeDocument/2006/relationships/hyperlink" Target="https://eea.gd.gov.cn/hdjlpt/yjzj/answer/31018?iframe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