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https://szeb.sz.gov.cn/szzkw/zkcx/zxks/zkzy/zkcc/content/post_8949017.html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c5b7aa56eaca845c402d00cb701e25149baef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c5b7aa56eaca845c402d00cb701e25149baef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1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