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6e5e76b2eada4c1e52a08687172233f6d83b9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6e5e76b2eada4c1e52a08687172233f6d83b9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