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2023年上半年全国大学英语四、六级考试成绩即将公布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2023-08-23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https://eea.gd.gov.cn/shks/content/post_4241367.html</w:t>
        </w:r>
      </w:hyperlink>
    </w:p>
    <w:p/>
    <w:p>
      <w:r>
        <w:t>2023年上半年全国大学英语四、六级考试成绩将于8月24日7点公布。考生可通过以下方式查询成绩：</w:t>
      </w:r>
    </w:p>
    <w:p>
      <w:r>
        <w:t>一、登录中国教育考试网（http://cet.neea.edu.cn/cet）查询。</w:t>
      </w:r>
    </w:p>
    <w:p>
      <w:r>
        <w:t>二、使用微信APP扫描下方小程序码或搜索“中国教育考试网”小程序进行查询。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3987799" cy="39623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b5803b312fce7389320ad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7799" cy="3962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三、使用百度APP扫描下方小程序码或搜索“中国教育考试网”小程序进行查询。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3454400" cy="32639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574411d26bfeaed0055905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3263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考生如对考试成绩有疑问，可在成绩公布后1个月内向全国大学英语四、六级考试委员会办公室提出复查申请，逾期不予受理。具体操作可登录中国教育考试网（http://cet.neea.edu.cn/html1/folder/19081/5179-1.htm）查询。</w:t>
      </w:r>
    </w:p>
    <w:p>
      <w:r>
        <w:t>自2021年上半年考试起，教育部教育考试院提供电子成绩报告单（小语种科目为证书），考生可于9月1日9时起，登录中国教育考试网（www.neea.edu.cn），免费查询下载本次考试的电子成绩报告单（证书），电子成绩报告单（证书）与纸质成绩报告单（证书）同等效力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24136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