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2025年深圳市普通高考艺术类专业省统考温馨提示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https://szeb.sz.gov.cn/szzkw/zkgg/gkxx/content/post_11833178.html</w:t>
        </w:r>
      </w:hyperlink>
    </w:p>
    <w:p/>
    <w:p>
      <w:r>
        <w:t>各有关考生：</w:t>
      </w:r>
    </w:p>
    <w:p>
      <w:r>
        <w:t>2025年普通高考美术与设计类、书法类、表（导）演（戏剧影视导演方向）笔试科目等艺术类省统考将于2024年11月30日至12月1日举行。考试期间恰逢2024年深圳马拉松比赛，为确保考生顺利赴考，现将赴考注意事项温馨提示如下：</w:t>
      </w:r>
    </w:p>
    <w:p>
      <w:r>
        <w:t>一、注意赴考路线</w:t>
      </w:r>
    </w:p>
    <w:p>
      <w:r>
        <w:t>马拉松比赛期间，交警部门将在以下路段采取交通管理措施，请广大考生合理选择交通工具和赴考路线。</w:t>
      </w:r>
    </w:p>
    <w:p>
      <w:r>
        <w:t>（一）比赛前临时管制时间及路段</w:t>
      </w:r>
    </w:p>
    <w:p>
      <w:r>
        <w:t>1.2024年11月29日22时至12月1日17时，深南大道（金田路-益田路段，东往西方向）辅道路段实行临时管制交通管理措施；2024年11月29日22时至11月30日24时，深南大道（市民中心广场段，东往西方向）左侧快车道实行临时管制交通管理措施（长度为100米）；2024年12月1日0时至12时，深南大道（皇岗路-益田路段，东往西方向）实行临时管制交通管理措施；2024年12月1日4时至9时，福中三路（彩田路-益田路段，东西双方向）、金田路（福中路-福华一路段，南北双方向）、彩田路（福中路-深南大道，北往南方向）、鹏程五路（福中路-深南大道段，南北双方向）、海田路（福中路-深南大道段，南北双方向）、中心八路（福中三路-深南大道段，南北双方向）实行临时管制交通管理措施（搭建马拉松赛事起点相关设施）。</w:t>
      </w:r>
    </w:p>
    <w:p>
      <w:r>
        <w:t>2.2024年11月30日0时至12月1日17时，海秀路东西双方向（宝华路-宝兴路段）实行临时管制交通管理措施；2024年11月30日0时至12月1日17时，宝兴路（海秀路-创业一路段，南往北方向）实行临时管制交通管理措施；2024年12月1日8时10分至12月1日17时，宝兴路（海秀路-创业一路段，北往南方向）实行临时管制交通管理措施；2024年12月1日0时至14时，宝华路（海秀路-创业一路段，南北双方向），实行临时管制交通管理措施（搭建马拉松赛事终点相关设施）。</w:t>
      </w:r>
    </w:p>
    <w:p>
      <w:r>
        <w:t>（二）比赛期间管制措施</w:t>
      </w:r>
    </w:p>
    <w:p>
      <w:r>
        <w:t>根据比赛线路安排，将对部分道路分时、分段采取临时管制交通管理措施，恢复社会交通时间由公安机关交通管理部门根据比赛情况决定。</w:t>
      </w:r>
    </w:p>
    <w:p>
      <w:r>
        <w:t>1.12月1日6时30分开始，对深南大道（市民中心-侨城东路段，东往西方向）、深南大道（皇岗路-新洲立交路段，西往东方向）、益田路（福中三路-福华一路段，南北双方向）实行临时管制交通管理措施。</w:t>
      </w:r>
    </w:p>
    <w:p>
      <w:r>
        <w:t>2.6时40分开始，对深南大道（侨城东路-沙河西路段，东往西方向）实行临时管制交通管理措施。</w:t>
      </w:r>
    </w:p>
    <w:p>
      <w:r>
        <w:t>3.7时开始，对沙河西路（深南大道-东滨路段，北往南方向）实行临时管制交通管理措施。</w:t>
      </w:r>
    </w:p>
    <w:p>
      <w:r>
        <w:t>4.7时5分开始，对望海路（东滨路-南山中心路段，北往南方向）、望海路（南山中心路段-深圳湾运动公园北三十号门，西往东方向）实行临时管制交通管理措施。</w:t>
      </w:r>
    </w:p>
    <w:p>
      <w:r>
        <w:t>5.7时10分开始，对沙河西路（东滨路-金铜路段，南往北方向）、沙河西路（金铜路-深南大道段，北往南方向）实行临时管制交通管理措施。</w:t>
      </w:r>
    </w:p>
    <w:p>
      <w:r>
        <w:t>6.7时40分开始，对深南大道（沙河西路-宝安大道段，东往西方向）实行临时管制交通管理措施。</w:t>
      </w:r>
    </w:p>
    <w:p>
      <w:r>
        <w:t>7.8时5分开始，对宝安大道（深南大道-新安西路段，东往西方向）、宝安大道（新安西路-湖滨西路段，西往东方向）、湖滨西路（梦海大道-宝安大道段，东西双方向）实行临时管制交通管理措施。</w:t>
      </w:r>
    </w:p>
    <w:p>
      <w:r>
        <w:t>8.8时10分开始，对梦海大道（前海大道-湖滨西路段，南北双方向）、前海大道（金岸中街-梦海大道段，东西双方向）实行临时管制交通管理措施。</w:t>
      </w:r>
    </w:p>
    <w:p>
      <w:r>
        <w:t>9.8时30分开始，对湖滨西路（梦海大道-海秀路段，东西双方向）、海秀路（湖滨西路-宝兴路段，东西双方向）实行临时管制交通管理措施。</w:t>
      </w:r>
    </w:p>
    <w:p>
      <w:r>
        <w:t>二、合理安排赴考时间</w:t>
      </w:r>
    </w:p>
    <w:p>
      <w:r>
        <w:t>（一）请广大考生提前规划出行路线，尽量通过地铁绿色出行，确保按时赴考。</w:t>
      </w:r>
    </w:p>
    <w:p>
      <w:r>
        <w:t>（二）交通管制期间，行经上述管控路段的公交线路将有所调整。请在上述路段乘坐公交的考生，留意交通部门发布的信息，合理选择公共交通工具出行。</w:t>
      </w:r>
    </w:p>
    <w:p>
      <w:r>
        <w:t>三、特别提醒</w:t>
      </w:r>
    </w:p>
    <w:p>
      <w:r>
        <w:t>我市各考点均配备智能安检门，入口处设置考生物品存放点。考生严禁携带手机进入考场，严禁拍照。为节省考生安检时间，确保按时入场，如有携带手机等违禁物品，请考生将手机等违禁物品交由带队老师保管。</w:t>
      </w:r>
    </w:p>
    <w:p>
      <w:r>
        <w:t>深圳市招生考试办公室</w:t>
      </w:r>
    </w:p>
    <w:p>
      <w:r>
        <w:t>2024年11月29日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8331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