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c2e063aaa3c145dd60b7c8967ff33926da8281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c2e063aaa3c145dd60b7c8967ff33926da8281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