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2025年下半年全国中小学教师资格考试笔试成绩即将公布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2025-11-07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https://szeb.sz.gov.cn/szzkw/qt/tzgg/content/post_12480549.html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https://szeb.sz.gov.cn/szzkw/zkgg/skxx/content/post_12479428.html</w:t>
        </w:r>
      </w:hyperlink>
    </w:p>
    <w:p/>
    <w:p>
      <w:r>
        <w:t>2025年下半年全国中小学教师资格考试笔试成绩将于11月7日10:00公布，考生可登录中小学教师资格考试网（网址：http://ntce.neea.edu.cn）查询成绩。</w:t>
      </w:r>
    </w:p>
    <w:p>
      <w:r>
        <w:t>如对成绩有异议，考生本人可于11月20日前，使用电脑浏览器登录广东省2025年下半年中小学教师资格考试笔试成绩复核申请平台（网址：https://www.eeagd.edu.cn/jzcjfh/#/），也可用手机微信扫描下方的二维码登录，根据指引提出成绩复核申请。成绩复核名单经所报考区招生考试机构确认后，由省教育考试院报教育部教育考试院。考生可在提交申请10个工作日后，登录上述平台查看复核结果。</w:t>
      </w:r>
    </w:p>
    <w:p>
      <w:r>
        <w:t>已取得学科全部笔试科目合格成绩且在有效期内的，可报名参加2025年下半年面试。面试报名事项可查阅广东省教育考试院官网（网址：https://eea.gd.gov.cn）及官微的相关通告。</w:t>
      </w:r>
    </w:p>
    <w:p>
      <w:r>
        <w:t>广东省2025年下半年中小学教师资格考试笔试成绩复核申请平台二维码</w:t>
      </w:r>
    </w:p>
    <w:p>
      <w:r>
        <w:drawing>
          <wp:inline xmlns:a="http://schemas.openxmlformats.org/drawingml/2006/main" xmlns:pic="http://schemas.openxmlformats.org/drawingml/2006/picture">
            <wp:extent cx="2717800" cy="26543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7d6fce18d6bbe6f01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265430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80549.html" TargetMode="External"/><Relationship Id="rId11" Type="http://schemas.openxmlformats.org/officeDocument/2006/relationships/hyperlink" Target="https://szeb.sz.gov.cn/szzkw/zkgg/skxx/content/post_12479428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