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关于2018年高等教育自学考试使用计算器问题的通知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2018-01-02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https://szeb.sz.gov.cn/szzkw/zkgg/zkxx1/content/post_8949739.html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32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63f2c91784a03e4bdb39d666ff1e1ed188bba53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3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457200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63f2c91784a03e4bdb39d666ff1e1ed188bba53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720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184900" cy="381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7710036bc48d4be06fb65ecf061f01c782e11d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381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184900" cy="55245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7710036bc48d4be06fb65ecf061f01c782e11d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55245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73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